
<file path=[Content_Types].xml><?xml version="1.0" encoding="utf-8"?>
<Types xmlns="http://schemas.openxmlformats.org/package/2006/content-types">
  <Default Extension="jpeg" ContentType="image/jpeg"/>
  <Default Extension="pn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DAAA8" w14:textId="3E8D5162" w:rsidR="00B67A3F" w:rsidRPr="00C223E7" w:rsidRDefault="00B031C6" w:rsidP="002D61F5">
      <w:pPr>
        <w:spacing w:before="160" w:after="100"/>
        <w:jc w:val="center"/>
        <w:rPr>
          <w:rFonts w:ascii="Aptos" w:hAnsi="Aptos"/>
          <w:b/>
          <w:color w:val="1F4E79"/>
          <w:sz w:val="32"/>
          <w:szCs w:val="32"/>
          <w:lang w:val="es-CL"/>
        </w:rPr>
      </w:pPr>
      <w:r w:rsidRPr="00C223E7">
        <w:rPr>
          <w:rFonts w:ascii="Aptos" w:hAnsi="Aptos"/>
          <w:b/>
          <w:color w:val="1F4E79"/>
          <w:sz w:val="32"/>
          <w:szCs w:val="32"/>
          <w:lang w:val="es-CL"/>
        </w:rPr>
        <w:t>FICHA DE ACREDITACIÓN DE SITUACIÓN CONTRACTUAL</w:t>
      </w:r>
    </w:p>
    <w:p w14:paraId="04A669A0" w14:textId="77777777" w:rsidR="002D61F5" w:rsidRPr="00DA5AE4" w:rsidRDefault="002D61F5" w:rsidP="002D61F5">
      <w:pPr>
        <w:spacing w:before="160" w:after="100"/>
        <w:jc w:val="center"/>
        <w:rPr>
          <w:rFonts w:ascii="Aptos" w:hAnsi="Aptos"/>
          <w:lang w:val="es-CL"/>
        </w:rPr>
      </w:pPr>
    </w:p>
    <w:tbl>
      <w:tblPr>
        <w:tblW w:w="9360" w:type="dxa"/>
        <w:jc w:val="center"/>
        <w:tblBorders>
          <w:top w:val="single" w:sz="6" w:space="0" w:color="A6A6A6"/>
          <w:left w:val="single" w:sz="6" w:space="0" w:color="A6A6A6"/>
          <w:bottom w:val="single" w:sz="6" w:space="0" w:color="A6A6A6"/>
          <w:right w:val="single" w:sz="6" w:space="0" w:color="A6A6A6"/>
          <w:insideH w:val="single" w:sz="6" w:space="0" w:color="A6A6A6"/>
          <w:insideV w:val="single" w:sz="6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B67A3F" w:rsidRPr="005F0229" w14:paraId="73C5D93E" w14:textId="77777777" w:rsidTr="002D61F5">
        <w:trPr>
          <w:jc w:val="center"/>
        </w:trPr>
        <w:tc>
          <w:tcPr>
            <w:tcW w:w="9360" w:type="dxa"/>
            <w:shd w:val="clear" w:color="auto" w:fill="EEF4F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788BCF6" w14:textId="77777777" w:rsidR="00B67A3F" w:rsidRPr="005F0229" w:rsidRDefault="00B031C6">
            <w:pPr>
              <w:spacing w:after="0" w:line="240" w:lineRule="auto"/>
              <w:rPr>
                <w:rFonts w:ascii="Aptos" w:hAnsi="Aptos"/>
                <w:szCs w:val="18"/>
                <w:lang w:val="es-CL"/>
              </w:rPr>
            </w:pPr>
            <w:r w:rsidRPr="005F0229">
              <w:rPr>
                <w:rFonts w:ascii="Aptos" w:hAnsi="Aptos"/>
                <w:szCs w:val="18"/>
                <w:lang w:val="es-CL"/>
              </w:rPr>
              <w:t>Objetivo: identificar si la persona ocupa una contrata no sujeta a suplencias o reemplazos, una contrata en reemplazo o un cargo vacante. La clasificación final debe verificarse en SIRH; la declaración de la persona no basta por sí sola.</w:t>
            </w:r>
          </w:p>
        </w:tc>
      </w:tr>
    </w:tbl>
    <w:p w14:paraId="24ED6DB8" w14:textId="77777777" w:rsidR="002D61F5" w:rsidRPr="00DA5AE4" w:rsidRDefault="002D61F5" w:rsidP="002D61F5">
      <w:pPr>
        <w:pStyle w:val="Prrafodelista"/>
        <w:keepNext/>
        <w:spacing w:before="160"/>
        <w:rPr>
          <w:rFonts w:ascii="Aptos" w:hAnsi="Aptos"/>
          <w:b/>
          <w:color w:val="1F4E79"/>
          <w:sz w:val="20"/>
          <w:lang w:val="es-CL"/>
        </w:rPr>
      </w:pPr>
    </w:p>
    <w:p w14:paraId="082C225A" w14:textId="51E04CC1" w:rsidR="00B67A3F" w:rsidRPr="00DA5AE4" w:rsidRDefault="00B031C6" w:rsidP="002D61F5">
      <w:pPr>
        <w:pStyle w:val="Prrafodelista"/>
        <w:keepNext/>
        <w:numPr>
          <w:ilvl w:val="0"/>
          <w:numId w:val="10"/>
        </w:numPr>
        <w:spacing w:before="160"/>
        <w:rPr>
          <w:rFonts w:ascii="Aptos" w:hAnsi="Aptos"/>
          <w:b/>
          <w:color w:val="1F4E79"/>
          <w:sz w:val="20"/>
          <w:lang w:val="es-CL"/>
        </w:rPr>
      </w:pPr>
      <w:r w:rsidRPr="00DA5AE4">
        <w:rPr>
          <w:rFonts w:ascii="Aptos" w:hAnsi="Aptos"/>
          <w:b/>
          <w:color w:val="1F4E79"/>
          <w:sz w:val="20"/>
          <w:lang w:val="es-CL"/>
        </w:rPr>
        <w:t>IDENTIFICACIÓN DE LA PERSONA</w:t>
      </w:r>
    </w:p>
    <w:p w14:paraId="11F52E8C" w14:textId="77777777" w:rsidR="002D61F5" w:rsidRPr="00DA5AE4" w:rsidRDefault="002D61F5" w:rsidP="002D61F5">
      <w:pPr>
        <w:pStyle w:val="Prrafodelista"/>
        <w:keepNext/>
        <w:spacing w:before="160"/>
        <w:rPr>
          <w:rFonts w:ascii="Aptos" w:hAnsi="Aptos"/>
          <w:lang w:val="es-CL"/>
        </w:rPr>
      </w:pPr>
    </w:p>
    <w:tbl>
      <w:tblPr>
        <w:tblW w:w="9360" w:type="dxa"/>
        <w:jc w:val="center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8" w:space="0" w:color="808080"/>
          <w:insideV w:val="single" w:sz="8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2300"/>
        <w:gridCol w:w="7060"/>
      </w:tblGrid>
      <w:tr w:rsidR="00B67A3F" w:rsidRPr="005F0229" w14:paraId="261CF51D" w14:textId="77777777" w:rsidTr="00CA15C8">
        <w:trPr>
          <w:jc w:val="center"/>
        </w:trPr>
        <w:tc>
          <w:tcPr>
            <w:tcW w:w="2300" w:type="dxa"/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02E8FDE" w14:textId="77777777" w:rsidR="00B67A3F" w:rsidRPr="005F0229" w:rsidRDefault="00B031C6">
            <w:pPr>
              <w:spacing w:after="0" w:line="240" w:lineRule="auto"/>
              <w:rPr>
                <w:rFonts w:ascii="Aptos" w:hAnsi="Aptos"/>
                <w:sz w:val="20"/>
                <w:szCs w:val="20"/>
                <w:lang w:val="es-CL"/>
              </w:rPr>
            </w:pPr>
            <w:r w:rsidRPr="005F0229">
              <w:rPr>
                <w:rFonts w:ascii="Aptos" w:hAnsi="Aptos"/>
                <w:b/>
                <w:sz w:val="20"/>
                <w:szCs w:val="20"/>
                <w:lang w:val="es-CL"/>
              </w:rPr>
              <w:t>Nombre completo</w:t>
            </w:r>
          </w:p>
        </w:tc>
        <w:tc>
          <w:tcPr>
            <w:tcW w:w="70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55201D4" w14:textId="77777777" w:rsidR="00B67A3F" w:rsidRPr="005F0229" w:rsidRDefault="00B67A3F">
            <w:pPr>
              <w:spacing w:after="0" w:line="240" w:lineRule="auto"/>
              <w:rPr>
                <w:rFonts w:ascii="Aptos" w:hAnsi="Aptos"/>
                <w:sz w:val="20"/>
                <w:szCs w:val="20"/>
                <w:lang w:val="es-CL"/>
              </w:rPr>
            </w:pPr>
          </w:p>
        </w:tc>
      </w:tr>
      <w:tr w:rsidR="00B67A3F" w:rsidRPr="005F0229" w14:paraId="6A2E0CA0" w14:textId="77777777" w:rsidTr="00CA15C8">
        <w:trPr>
          <w:jc w:val="center"/>
        </w:trPr>
        <w:tc>
          <w:tcPr>
            <w:tcW w:w="2300" w:type="dxa"/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FF41DDF" w14:textId="77777777" w:rsidR="00B67A3F" w:rsidRPr="005F0229" w:rsidRDefault="00B031C6">
            <w:pPr>
              <w:spacing w:after="0" w:line="240" w:lineRule="auto"/>
              <w:rPr>
                <w:rFonts w:ascii="Aptos" w:hAnsi="Aptos"/>
                <w:sz w:val="20"/>
                <w:szCs w:val="20"/>
                <w:lang w:val="es-CL"/>
              </w:rPr>
            </w:pPr>
            <w:r w:rsidRPr="005F0229">
              <w:rPr>
                <w:rFonts w:ascii="Aptos" w:hAnsi="Aptos"/>
                <w:b/>
                <w:sz w:val="20"/>
                <w:szCs w:val="20"/>
                <w:lang w:val="es-CL"/>
              </w:rPr>
              <w:t>RUN</w:t>
            </w:r>
          </w:p>
        </w:tc>
        <w:tc>
          <w:tcPr>
            <w:tcW w:w="70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32AC0AB" w14:textId="77777777" w:rsidR="00B67A3F" w:rsidRPr="005F0229" w:rsidRDefault="00B67A3F">
            <w:pPr>
              <w:spacing w:after="0" w:line="240" w:lineRule="auto"/>
              <w:rPr>
                <w:rFonts w:ascii="Aptos" w:hAnsi="Aptos"/>
                <w:sz w:val="20"/>
                <w:szCs w:val="20"/>
                <w:lang w:val="es-CL"/>
              </w:rPr>
            </w:pPr>
          </w:p>
        </w:tc>
      </w:tr>
      <w:tr w:rsidR="00B67A3F" w:rsidRPr="005F0229" w14:paraId="08C502BC" w14:textId="77777777" w:rsidTr="00CA15C8">
        <w:trPr>
          <w:jc w:val="center"/>
        </w:trPr>
        <w:tc>
          <w:tcPr>
            <w:tcW w:w="2300" w:type="dxa"/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3A75249" w14:textId="77777777" w:rsidR="00B67A3F" w:rsidRPr="005F0229" w:rsidRDefault="00B031C6">
            <w:pPr>
              <w:spacing w:after="0" w:line="240" w:lineRule="auto"/>
              <w:rPr>
                <w:rFonts w:ascii="Aptos" w:hAnsi="Aptos"/>
                <w:sz w:val="20"/>
                <w:szCs w:val="20"/>
                <w:lang w:val="es-CL"/>
              </w:rPr>
            </w:pPr>
            <w:r w:rsidRPr="005F0229">
              <w:rPr>
                <w:rFonts w:ascii="Aptos" w:hAnsi="Aptos"/>
                <w:b/>
                <w:sz w:val="20"/>
                <w:szCs w:val="20"/>
                <w:lang w:val="es-CL"/>
              </w:rPr>
              <w:t>Establecimiento</w:t>
            </w:r>
          </w:p>
        </w:tc>
        <w:tc>
          <w:tcPr>
            <w:tcW w:w="70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50C6D2C" w14:textId="77777777" w:rsidR="00B67A3F" w:rsidRPr="005F0229" w:rsidRDefault="00B67A3F">
            <w:pPr>
              <w:spacing w:after="0" w:line="240" w:lineRule="auto"/>
              <w:rPr>
                <w:rFonts w:ascii="Aptos" w:hAnsi="Aptos"/>
                <w:sz w:val="20"/>
                <w:szCs w:val="20"/>
                <w:lang w:val="es-CL"/>
              </w:rPr>
            </w:pPr>
          </w:p>
        </w:tc>
      </w:tr>
      <w:tr w:rsidR="00B67A3F" w:rsidRPr="005F0229" w14:paraId="5E3273D2" w14:textId="77777777" w:rsidTr="00CA15C8">
        <w:trPr>
          <w:jc w:val="center"/>
        </w:trPr>
        <w:tc>
          <w:tcPr>
            <w:tcW w:w="2300" w:type="dxa"/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906A04C" w14:textId="77777777" w:rsidR="00B67A3F" w:rsidRPr="005F0229" w:rsidRDefault="00B031C6">
            <w:pPr>
              <w:spacing w:after="0" w:line="240" w:lineRule="auto"/>
              <w:rPr>
                <w:rFonts w:ascii="Aptos" w:hAnsi="Aptos"/>
                <w:sz w:val="20"/>
                <w:szCs w:val="20"/>
                <w:lang w:val="es-CL"/>
              </w:rPr>
            </w:pPr>
            <w:r w:rsidRPr="005F0229">
              <w:rPr>
                <w:rFonts w:ascii="Aptos" w:hAnsi="Aptos"/>
                <w:b/>
                <w:sz w:val="20"/>
                <w:szCs w:val="20"/>
                <w:lang w:val="es-CL"/>
              </w:rPr>
              <w:t>Unidad / Servicio</w:t>
            </w:r>
          </w:p>
        </w:tc>
        <w:tc>
          <w:tcPr>
            <w:tcW w:w="70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E402759" w14:textId="77777777" w:rsidR="00B67A3F" w:rsidRPr="005F0229" w:rsidRDefault="00B67A3F">
            <w:pPr>
              <w:spacing w:after="0" w:line="240" w:lineRule="auto"/>
              <w:rPr>
                <w:rFonts w:ascii="Aptos" w:hAnsi="Aptos"/>
                <w:sz w:val="20"/>
                <w:szCs w:val="20"/>
                <w:lang w:val="es-CL"/>
              </w:rPr>
            </w:pPr>
          </w:p>
        </w:tc>
      </w:tr>
      <w:tr w:rsidR="00B67A3F" w:rsidRPr="005F0229" w14:paraId="76BA762B" w14:textId="77777777" w:rsidTr="00CA15C8">
        <w:trPr>
          <w:jc w:val="center"/>
        </w:trPr>
        <w:tc>
          <w:tcPr>
            <w:tcW w:w="2300" w:type="dxa"/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0922E1B" w14:textId="77777777" w:rsidR="00B67A3F" w:rsidRPr="005F0229" w:rsidRDefault="00B031C6">
            <w:pPr>
              <w:spacing w:after="0" w:line="240" w:lineRule="auto"/>
              <w:rPr>
                <w:rFonts w:ascii="Aptos" w:hAnsi="Aptos"/>
                <w:sz w:val="20"/>
                <w:szCs w:val="20"/>
                <w:lang w:val="es-CL"/>
              </w:rPr>
            </w:pPr>
            <w:r w:rsidRPr="005F0229">
              <w:rPr>
                <w:rFonts w:ascii="Aptos" w:hAnsi="Aptos"/>
                <w:b/>
                <w:sz w:val="20"/>
                <w:szCs w:val="20"/>
                <w:lang w:val="es-CL"/>
              </w:rPr>
              <w:t>Cargo / función</w:t>
            </w:r>
          </w:p>
        </w:tc>
        <w:tc>
          <w:tcPr>
            <w:tcW w:w="70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2FFB474" w14:textId="77777777" w:rsidR="00B67A3F" w:rsidRPr="005F0229" w:rsidRDefault="00B67A3F">
            <w:pPr>
              <w:spacing w:after="0" w:line="240" w:lineRule="auto"/>
              <w:rPr>
                <w:rFonts w:ascii="Aptos" w:hAnsi="Aptos"/>
                <w:sz w:val="20"/>
                <w:szCs w:val="20"/>
                <w:lang w:val="es-CL"/>
              </w:rPr>
            </w:pPr>
          </w:p>
        </w:tc>
      </w:tr>
      <w:tr w:rsidR="00B67A3F" w:rsidRPr="005F0229" w14:paraId="6458A25B" w14:textId="77777777" w:rsidTr="00CA15C8">
        <w:trPr>
          <w:jc w:val="center"/>
        </w:trPr>
        <w:tc>
          <w:tcPr>
            <w:tcW w:w="2300" w:type="dxa"/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A543A04" w14:textId="77777777" w:rsidR="00B67A3F" w:rsidRPr="005F0229" w:rsidRDefault="00B031C6">
            <w:pPr>
              <w:spacing w:after="0" w:line="240" w:lineRule="auto"/>
              <w:rPr>
                <w:rFonts w:ascii="Aptos" w:hAnsi="Aptos"/>
                <w:sz w:val="20"/>
                <w:szCs w:val="20"/>
                <w:lang w:val="es-CL"/>
              </w:rPr>
            </w:pPr>
            <w:r w:rsidRPr="005F0229">
              <w:rPr>
                <w:rFonts w:ascii="Aptos" w:hAnsi="Aptos"/>
                <w:b/>
                <w:sz w:val="20"/>
                <w:szCs w:val="20"/>
                <w:lang w:val="es-CL"/>
              </w:rPr>
              <w:t>Calidad jurídica actual</w:t>
            </w:r>
          </w:p>
        </w:tc>
        <w:tc>
          <w:tcPr>
            <w:tcW w:w="70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C42A8F5" w14:textId="77777777" w:rsidR="00B67A3F" w:rsidRPr="005F0229" w:rsidRDefault="00B031C6">
            <w:pPr>
              <w:spacing w:after="0" w:line="240" w:lineRule="auto"/>
              <w:rPr>
                <w:rFonts w:ascii="Aptos" w:hAnsi="Aptos"/>
                <w:sz w:val="20"/>
                <w:szCs w:val="20"/>
                <w:lang w:val="es-CL"/>
              </w:rPr>
            </w:pPr>
            <w:r w:rsidRPr="005F0229">
              <w:rPr>
                <w:rFonts w:ascii="Aptos" w:hAnsi="Aptos"/>
                <w:sz w:val="20"/>
                <w:szCs w:val="20"/>
                <w:lang w:val="es-CL"/>
              </w:rPr>
              <w:t>☐ Contrata     ☐ Titular     ☐ Otra: __________________________</w:t>
            </w:r>
          </w:p>
        </w:tc>
      </w:tr>
    </w:tbl>
    <w:p w14:paraId="41C555F4" w14:textId="77777777" w:rsidR="002D61F5" w:rsidRPr="00DA5AE4" w:rsidRDefault="002D61F5">
      <w:pPr>
        <w:keepNext/>
        <w:spacing w:before="160"/>
        <w:rPr>
          <w:rFonts w:ascii="Aptos" w:hAnsi="Aptos"/>
          <w:b/>
          <w:color w:val="1F4E79"/>
          <w:sz w:val="20"/>
          <w:lang w:val="es-CL"/>
        </w:rPr>
      </w:pPr>
    </w:p>
    <w:p w14:paraId="375977B8" w14:textId="099A9B06" w:rsidR="00B67A3F" w:rsidRPr="005F2FEF" w:rsidRDefault="00B031C6">
      <w:pPr>
        <w:keepNext/>
        <w:spacing w:before="160"/>
        <w:rPr>
          <w:rFonts w:ascii="Aptos" w:hAnsi="Aptos"/>
          <w:sz w:val="20"/>
          <w:szCs w:val="20"/>
          <w:lang w:val="es-CL"/>
        </w:rPr>
      </w:pPr>
      <w:r w:rsidRPr="005F2FEF">
        <w:rPr>
          <w:rFonts w:ascii="Aptos" w:hAnsi="Aptos"/>
          <w:b/>
          <w:color w:val="1F4E79"/>
          <w:sz w:val="20"/>
          <w:szCs w:val="20"/>
          <w:lang w:val="es-CL"/>
        </w:rPr>
        <w:t>2. DECLARACIÓN DE LA PERSONA</w:t>
      </w:r>
      <w:r w:rsidR="005F0229">
        <w:rPr>
          <w:rFonts w:ascii="Aptos" w:hAnsi="Aptos"/>
          <w:b/>
          <w:color w:val="1F4E79"/>
          <w:sz w:val="20"/>
          <w:szCs w:val="20"/>
          <w:lang w:val="es-CL"/>
        </w:rPr>
        <w:t xml:space="preserve"> INTERESADA</w:t>
      </w:r>
    </w:p>
    <w:p w14:paraId="7E528E94" w14:textId="77777777" w:rsidR="00B67A3F" w:rsidRPr="005F2FEF" w:rsidRDefault="00B031C6">
      <w:pPr>
        <w:spacing w:after="60"/>
        <w:ind w:left="115"/>
        <w:rPr>
          <w:rFonts w:ascii="Aptos" w:hAnsi="Aptos"/>
          <w:sz w:val="20"/>
          <w:szCs w:val="20"/>
          <w:lang w:val="es-CL"/>
        </w:rPr>
      </w:pPr>
      <w:r w:rsidRPr="005F2FEF">
        <w:rPr>
          <w:rFonts w:ascii="Aptos" w:hAnsi="Aptos"/>
          <w:sz w:val="20"/>
          <w:szCs w:val="20"/>
          <w:lang w:val="es-CL"/>
        </w:rPr>
        <w:t>☐ Mi contratación o nombramiento NO está sujeto al ítem de suplencias o reemplazos.</w:t>
      </w:r>
    </w:p>
    <w:p w14:paraId="4034C192" w14:textId="77777777" w:rsidR="00B67A3F" w:rsidRPr="005F2FEF" w:rsidRDefault="00B031C6">
      <w:pPr>
        <w:spacing w:after="60"/>
        <w:ind w:left="115"/>
        <w:rPr>
          <w:rFonts w:ascii="Aptos" w:hAnsi="Aptos"/>
          <w:sz w:val="20"/>
          <w:szCs w:val="20"/>
          <w:lang w:val="es-CL"/>
        </w:rPr>
      </w:pPr>
      <w:r w:rsidRPr="005F2FEF">
        <w:rPr>
          <w:rFonts w:ascii="Aptos" w:hAnsi="Aptos"/>
          <w:sz w:val="20"/>
          <w:szCs w:val="20"/>
          <w:lang w:val="es-CL"/>
        </w:rPr>
        <w:t>☐ Ocupo temporalmente el cargo debido a la ausencia de otra persona.</w:t>
      </w:r>
    </w:p>
    <w:p w14:paraId="42F2D6FB" w14:textId="77777777" w:rsidR="00B67A3F" w:rsidRPr="005F2FEF" w:rsidRDefault="00B031C6">
      <w:pPr>
        <w:spacing w:after="60"/>
        <w:ind w:left="115"/>
        <w:rPr>
          <w:rFonts w:ascii="Aptos" w:hAnsi="Aptos"/>
          <w:sz w:val="20"/>
          <w:szCs w:val="20"/>
          <w:lang w:val="es-CL"/>
        </w:rPr>
      </w:pPr>
      <w:r w:rsidRPr="005F2FEF">
        <w:rPr>
          <w:rFonts w:ascii="Aptos" w:hAnsi="Aptos"/>
          <w:sz w:val="20"/>
          <w:szCs w:val="20"/>
          <w:lang w:val="es-CL"/>
        </w:rPr>
        <w:t>☐ Ocupo un cargo que se encuentra vacante, a la espera de un proceso de provisión.</w:t>
      </w:r>
    </w:p>
    <w:p w14:paraId="792E25F5" w14:textId="77777777" w:rsidR="00B67A3F" w:rsidRPr="005F2FEF" w:rsidRDefault="00B031C6">
      <w:pPr>
        <w:spacing w:after="60"/>
        <w:ind w:left="115"/>
        <w:rPr>
          <w:rFonts w:ascii="Aptos" w:hAnsi="Aptos"/>
          <w:sz w:val="20"/>
          <w:szCs w:val="20"/>
          <w:lang w:val="es-CL"/>
        </w:rPr>
      </w:pPr>
      <w:r w:rsidRPr="005F2FEF">
        <w:rPr>
          <w:rFonts w:ascii="Aptos" w:hAnsi="Aptos"/>
          <w:sz w:val="20"/>
          <w:szCs w:val="20"/>
          <w:lang w:val="es-CL"/>
        </w:rPr>
        <w:t xml:space="preserve">☐ Desconozco la situación administrativa del cargo que </w:t>
      </w:r>
      <w:proofErr w:type="spellStart"/>
      <w:r w:rsidRPr="005F2FEF">
        <w:rPr>
          <w:rFonts w:ascii="Aptos" w:hAnsi="Aptos"/>
          <w:sz w:val="20"/>
          <w:szCs w:val="20"/>
          <w:lang w:val="es-CL"/>
        </w:rPr>
        <w:t>ocupo</w:t>
      </w:r>
      <w:proofErr w:type="spellEnd"/>
      <w:r w:rsidRPr="005F2FEF">
        <w:rPr>
          <w:rFonts w:ascii="Aptos" w:hAnsi="Aptos"/>
          <w:sz w:val="20"/>
          <w:szCs w:val="20"/>
          <w:lang w:val="es-CL"/>
        </w:rPr>
        <w:t>.</w:t>
      </w:r>
    </w:p>
    <w:p w14:paraId="0FC28A4A" w14:textId="77777777" w:rsidR="002D61F5" w:rsidRPr="00DA5AE4" w:rsidRDefault="002D61F5">
      <w:pPr>
        <w:spacing w:after="60"/>
        <w:ind w:left="115"/>
        <w:rPr>
          <w:rFonts w:ascii="Aptos" w:hAnsi="Aptos"/>
          <w:lang w:val="es-CL"/>
        </w:rPr>
      </w:pPr>
    </w:p>
    <w:tbl>
      <w:tblPr>
        <w:tblW w:w="9488" w:type="dxa"/>
        <w:jc w:val="center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8" w:space="0" w:color="808080"/>
          <w:insideV w:val="single" w:sz="8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2300"/>
        <w:gridCol w:w="7188"/>
      </w:tblGrid>
      <w:tr w:rsidR="00B67A3F" w:rsidRPr="005F2FEF" w14:paraId="328ADBE8" w14:textId="77777777" w:rsidTr="00CA15C8">
        <w:trPr>
          <w:jc w:val="center"/>
        </w:trPr>
        <w:tc>
          <w:tcPr>
            <w:tcW w:w="2300" w:type="dxa"/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A7332D8" w14:textId="77777777" w:rsidR="00B67A3F" w:rsidRPr="005F2FEF" w:rsidRDefault="00B031C6">
            <w:pPr>
              <w:spacing w:after="0" w:line="240" w:lineRule="auto"/>
              <w:rPr>
                <w:rFonts w:ascii="Aptos" w:hAnsi="Aptos"/>
                <w:sz w:val="20"/>
                <w:szCs w:val="20"/>
                <w:lang w:val="es-CL"/>
              </w:rPr>
            </w:pPr>
            <w:r w:rsidRPr="005F2FEF">
              <w:rPr>
                <w:rFonts w:ascii="Aptos" w:hAnsi="Aptos"/>
                <w:b/>
                <w:sz w:val="20"/>
                <w:szCs w:val="20"/>
                <w:lang w:val="es-CL"/>
              </w:rPr>
              <w:t>Si reemplaza a alguien</w:t>
            </w:r>
          </w:p>
        </w:tc>
        <w:tc>
          <w:tcPr>
            <w:tcW w:w="7188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1067A3C" w14:textId="77777777" w:rsidR="00350AC1" w:rsidRDefault="00B031C6">
            <w:pPr>
              <w:spacing w:after="0" w:line="240" w:lineRule="auto"/>
              <w:rPr>
                <w:rFonts w:ascii="Aptos" w:hAnsi="Aptos"/>
                <w:sz w:val="20"/>
                <w:szCs w:val="20"/>
                <w:lang w:val="es-CL"/>
              </w:rPr>
            </w:pPr>
            <w:r w:rsidRPr="005F2FEF">
              <w:rPr>
                <w:rFonts w:ascii="Aptos" w:hAnsi="Aptos"/>
                <w:sz w:val="20"/>
                <w:szCs w:val="20"/>
                <w:lang w:val="es-CL"/>
              </w:rPr>
              <w:t xml:space="preserve">Nombre: ________________________________   </w:t>
            </w:r>
          </w:p>
          <w:p w14:paraId="7B9F09F6" w14:textId="77777777" w:rsidR="00350AC1" w:rsidRDefault="00350AC1">
            <w:pPr>
              <w:spacing w:after="0" w:line="240" w:lineRule="auto"/>
              <w:rPr>
                <w:rFonts w:ascii="Aptos" w:hAnsi="Aptos"/>
                <w:sz w:val="20"/>
                <w:szCs w:val="20"/>
                <w:lang w:val="es-CL"/>
              </w:rPr>
            </w:pPr>
          </w:p>
          <w:p w14:paraId="307278A3" w14:textId="608C261D" w:rsidR="00B67A3F" w:rsidRPr="005F2FEF" w:rsidRDefault="00B031C6">
            <w:pPr>
              <w:spacing w:after="0" w:line="240" w:lineRule="auto"/>
              <w:rPr>
                <w:rFonts w:ascii="Aptos" w:hAnsi="Aptos"/>
                <w:sz w:val="20"/>
                <w:szCs w:val="20"/>
                <w:lang w:val="es-CL"/>
              </w:rPr>
            </w:pPr>
            <w:r w:rsidRPr="005F2FEF">
              <w:rPr>
                <w:rFonts w:ascii="Aptos" w:hAnsi="Aptos"/>
                <w:sz w:val="20"/>
                <w:szCs w:val="20"/>
                <w:lang w:val="es-CL"/>
              </w:rPr>
              <w:t>RUN (si se conoce): __________________</w:t>
            </w:r>
          </w:p>
        </w:tc>
      </w:tr>
      <w:tr w:rsidR="00B67A3F" w:rsidRPr="005F2FEF" w14:paraId="472B5E5B" w14:textId="77777777" w:rsidTr="00CA15C8">
        <w:trPr>
          <w:trHeight w:val="460"/>
          <w:jc w:val="center"/>
        </w:trPr>
        <w:tc>
          <w:tcPr>
            <w:tcW w:w="2300" w:type="dxa"/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4233331" w14:textId="77777777" w:rsidR="00B67A3F" w:rsidRPr="005F2FEF" w:rsidRDefault="00B031C6">
            <w:pPr>
              <w:spacing w:after="0" w:line="240" w:lineRule="auto"/>
              <w:rPr>
                <w:rFonts w:ascii="Aptos" w:hAnsi="Aptos"/>
                <w:sz w:val="20"/>
                <w:szCs w:val="20"/>
                <w:lang w:val="es-CL"/>
              </w:rPr>
            </w:pPr>
            <w:r w:rsidRPr="005F2FEF">
              <w:rPr>
                <w:rFonts w:ascii="Aptos" w:hAnsi="Aptos"/>
                <w:b/>
                <w:sz w:val="20"/>
                <w:szCs w:val="20"/>
                <w:lang w:val="es-CL"/>
              </w:rPr>
              <w:t>Causa del reemplazo</w:t>
            </w:r>
          </w:p>
        </w:tc>
        <w:tc>
          <w:tcPr>
            <w:tcW w:w="7188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56FA576" w14:textId="5F133C0B" w:rsidR="00B67A3F" w:rsidRPr="005F2FEF" w:rsidRDefault="00B031C6">
            <w:pPr>
              <w:spacing w:after="0" w:line="240" w:lineRule="auto"/>
              <w:rPr>
                <w:rFonts w:ascii="Aptos" w:hAnsi="Aptos"/>
                <w:sz w:val="20"/>
                <w:szCs w:val="20"/>
                <w:lang w:val="es-CL"/>
              </w:rPr>
            </w:pPr>
            <w:r w:rsidRPr="005F2FEF">
              <w:rPr>
                <w:rFonts w:ascii="Aptos" w:hAnsi="Aptos"/>
                <w:sz w:val="20"/>
                <w:szCs w:val="20"/>
                <w:lang w:val="es-CL"/>
              </w:rPr>
              <w:t>☐ Licencia médica ☐ Feriado/permiso ☐ Comisión de servicio ☐ Otra: __________</w:t>
            </w:r>
          </w:p>
        </w:tc>
      </w:tr>
      <w:tr w:rsidR="00B67A3F" w:rsidRPr="005F2FEF" w14:paraId="497CAA20" w14:textId="77777777" w:rsidTr="00CA15C8">
        <w:trPr>
          <w:trHeight w:val="424"/>
          <w:jc w:val="center"/>
        </w:trPr>
        <w:tc>
          <w:tcPr>
            <w:tcW w:w="2300" w:type="dxa"/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5CFB5A1" w14:textId="77777777" w:rsidR="00B67A3F" w:rsidRPr="005F2FEF" w:rsidRDefault="00B031C6">
            <w:pPr>
              <w:spacing w:after="0" w:line="240" w:lineRule="auto"/>
              <w:rPr>
                <w:rFonts w:ascii="Aptos" w:hAnsi="Aptos"/>
                <w:sz w:val="20"/>
                <w:szCs w:val="20"/>
                <w:lang w:val="es-CL"/>
              </w:rPr>
            </w:pPr>
            <w:r w:rsidRPr="005F2FEF">
              <w:rPr>
                <w:rFonts w:ascii="Aptos" w:hAnsi="Aptos"/>
                <w:b/>
                <w:sz w:val="20"/>
                <w:szCs w:val="20"/>
                <w:lang w:val="es-CL"/>
              </w:rPr>
              <w:t>Período informado</w:t>
            </w:r>
          </w:p>
        </w:tc>
        <w:tc>
          <w:tcPr>
            <w:tcW w:w="7188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C77C2E5" w14:textId="77777777" w:rsidR="00B67A3F" w:rsidRPr="005F2FEF" w:rsidRDefault="00B031C6">
            <w:pPr>
              <w:spacing w:after="0" w:line="240" w:lineRule="auto"/>
              <w:rPr>
                <w:rFonts w:ascii="Aptos" w:hAnsi="Aptos"/>
                <w:sz w:val="20"/>
                <w:szCs w:val="20"/>
                <w:lang w:val="es-CL"/>
              </w:rPr>
            </w:pPr>
            <w:r w:rsidRPr="005F2FEF">
              <w:rPr>
                <w:rFonts w:ascii="Aptos" w:hAnsi="Aptos"/>
                <w:sz w:val="20"/>
                <w:szCs w:val="20"/>
                <w:lang w:val="es-CL"/>
              </w:rPr>
              <w:t>Desde: ____/____/______   Hasta: ____/____/______   ☐ Mientras dure la ausencia</w:t>
            </w:r>
          </w:p>
        </w:tc>
      </w:tr>
      <w:tr w:rsidR="00B67A3F" w:rsidRPr="005F2FEF" w14:paraId="5AAE6C6F" w14:textId="77777777" w:rsidTr="00CA15C8">
        <w:trPr>
          <w:jc w:val="center"/>
        </w:trPr>
        <w:tc>
          <w:tcPr>
            <w:tcW w:w="2300" w:type="dxa"/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E976CDC" w14:textId="77777777" w:rsidR="00B67A3F" w:rsidRPr="005F2FEF" w:rsidRDefault="00B031C6">
            <w:pPr>
              <w:spacing w:after="0" w:line="240" w:lineRule="auto"/>
              <w:rPr>
                <w:rFonts w:ascii="Aptos" w:hAnsi="Aptos"/>
                <w:sz w:val="20"/>
                <w:szCs w:val="20"/>
                <w:lang w:val="es-CL"/>
              </w:rPr>
            </w:pPr>
            <w:r w:rsidRPr="005F2FEF">
              <w:rPr>
                <w:rFonts w:ascii="Aptos" w:hAnsi="Aptos"/>
                <w:b/>
                <w:sz w:val="20"/>
                <w:szCs w:val="20"/>
                <w:lang w:val="es-CL"/>
              </w:rPr>
              <w:t>Observaciones</w:t>
            </w:r>
          </w:p>
        </w:tc>
        <w:tc>
          <w:tcPr>
            <w:tcW w:w="7188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2380898" w14:textId="77777777" w:rsidR="00B67A3F" w:rsidRPr="005F2FEF" w:rsidRDefault="00B67A3F">
            <w:pPr>
              <w:spacing w:after="0" w:line="240" w:lineRule="auto"/>
              <w:rPr>
                <w:rFonts w:ascii="Aptos" w:hAnsi="Aptos"/>
                <w:sz w:val="20"/>
                <w:szCs w:val="20"/>
                <w:lang w:val="es-CL"/>
              </w:rPr>
            </w:pPr>
          </w:p>
        </w:tc>
      </w:tr>
    </w:tbl>
    <w:p w14:paraId="2DCEE8FA" w14:textId="77777777" w:rsidR="005F2FEF" w:rsidRDefault="005F2FEF">
      <w:pPr>
        <w:spacing w:before="140" w:after="60"/>
        <w:rPr>
          <w:rFonts w:ascii="Aptos" w:hAnsi="Aptos"/>
          <w:sz w:val="17"/>
          <w:lang w:val="es-CL"/>
        </w:rPr>
      </w:pPr>
    </w:p>
    <w:p w14:paraId="43712F6E" w14:textId="77777777" w:rsidR="005F2FEF" w:rsidRDefault="00B031C6">
      <w:pPr>
        <w:spacing w:before="140" w:after="60"/>
        <w:rPr>
          <w:rFonts w:ascii="Aptos" w:hAnsi="Aptos"/>
          <w:sz w:val="20"/>
          <w:szCs w:val="20"/>
          <w:lang w:val="es-CL"/>
        </w:rPr>
      </w:pPr>
      <w:r w:rsidRPr="005F2FEF">
        <w:rPr>
          <w:rFonts w:ascii="Aptos" w:hAnsi="Aptos"/>
          <w:sz w:val="20"/>
          <w:szCs w:val="20"/>
          <w:lang w:val="es-CL"/>
        </w:rPr>
        <w:t xml:space="preserve">Declaro que los antecedentes informados son completos y fidedignos. </w:t>
      </w:r>
    </w:p>
    <w:p w14:paraId="7082C785" w14:textId="75CC8E04" w:rsidR="00B67A3F" w:rsidRPr="005F2FEF" w:rsidRDefault="00B031C6">
      <w:pPr>
        <w:spacing w:before="140" w:after="60"/>
        <w:rPr>
          <w:rFonts w:ascii="Aptos" w:hAnsi="Aptos"/>
          <w:sz w:val="20"/>
          <w:szCs w:val="20"/>
          <w:lang w:val="es-CL"/>
        </w:rPr>
      </w:pPr>
      <w:r w:rsidRPr="005F2FEF">
        <w:rPr>
          <w:rFonts w:ascii="Aptos" w:hAnsi="Aptos"/>
          <w:sz w:val="20"/>
          <w:szCs w:val="20"/>
          <w:lang w:val="es-CL"/>
        </w:rPr>
        <w:t>Autorizo su verificación en los registros institucionales.</w:t>
      </w:r>
    </w:p>
    <w:tbl>
      <w:tblPr>
        <w:tblW w:w="9360" w:type="dxa"/>
        <w:jc w:val="center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8" w:space="0" w:color="808080"/>
          <w:insideV w:val="single" w:sz="8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2300"/>
        <w:gridCol w:w="7060"/>
      </w:tblGrid>
      <w:tr w:rsidR="00B67A3F" w:rsidRPr="005F2FEF" w14:paraId="0F58BDDD" w14:textId="77777777" w:rsidTr="00CA15C8">
        <w:trPr>
          <w:trHeight w:val="545"/>
          <w:jc w:val="center"/>
        </w:trPr>
        <w:tc>
          <w:tcPr>
            <w:tcW w:w="2300" w:type="dxa"/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42D3A6A" w14:textId="77777777" w:rsidR="00B67A3F" w:rsidRPr="005F2FEF" w:rsidRDefault="00B031C6">
            <w:pPr>
              <w:spacing w:after="0" w:line="240" w:lineRule="auto"/>
              <w:rPr>
                <w:rFonts w:ascii="Aptos" w:hAnsi="Aptos"/>
                <w:sz w:val="20"/>
                <w:szCs w:val="20"/>
                <w:lang w:val="es-CL"/>
              </w:rPr>
            </w:pPr>
            <w:r w:rsidRPr="005F2FEF">
              <w:rPr>
                <w:rFonts w:ascii="Aptos" w:hAnsi="Aptos"/>
                <w:b/>
                <w:sz w:val="20"/>
                <w:szCs w:val="20"/>
                <w:lang w:val="es-CL"/>
              </w:rPr>
              <w:lastRenderedPageBreak/>
              <w:t>Firma de la persona</w:t>
            </w:r>
          </w:p>
        </w:tc>
        <w:tc>
          <w:tcPr>
            <w:tcW w:w="70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626F383" w14:textId="77777777" w:rsidR="00B67A3F" w:rsidRPr="005F2FEF" w:rsidRDefault="00B67A3F">
            <w:pPr>
              <w:spacing w:after="0" w:line="240" w:lineRule="auto"/>
              <w:rPr>
                <w:rFonts w:ascii="Aptos" w:hAnsi="Aptos"/>
                <w:sz w:val="20"/>
                <w:szCs w:val="20"/>
                <w:lang w:val="es-CL"/>
              </w:rPr>
            </w:pPr>
          </w:p>
        </w:tc>
      </w:tr>
      <w:tr w:rsidR="00B67A3F" w:rsidRPr="005F2FEF" w14:paraId="1A49DB62" w14:textId="77777777" w:rsidTr="00CA15C8">
        <w:trPr>
          <w:trHeight w:val="358"/>
          <w:jc w:val="center"/>
        </w:trPr>
        <w:tc>
          <w:tcPr>
            <w:tcW w:w="2300" w:type="dxa"/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A786F85" w14:textId="77777777" w:rsidR="00B67A3F" w:rsidRPr="005F2FEF" w:rsidRDefault="00B031C6">
            <w:pPr>
              <w:spacing w:after="0" w:line="240" w:lineRule="auto"/>
              <w:rPr>
                <w:rFonts w:ascii="Aptos" w:hAnsi="Aptos"/>
                <w:sz w:val="20"/>
                <w:szCs w:val="20"/>
                <w:lang w:val="es-CL"/>
              </w:rPr>
            </w:pPr>
            <w:r w:rsidRPr="005F2FEF">
              <w:rPr>
                <w:rFonts w:ascii="Aptos" w:hAnsi="Aptos"/>
                <w:b/>
                <w:sz w:val="20"/>
                <w:szCs w:val="20"/>
                <w:lang w:val="es-CL"/>
              </w:rPr>
              <w:t>Fecha</w:t>
            </w:r>
          </w:p>
        </w:tc>
        <w:tc>
          <w:tcPr>
            <w:tcW w:w="70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95B2FE9" w14:textId="77777777" w:rsidR="00B67A3F" w:rsidRPr="005F2FEF" w:rsidRDefault="00B031C6">
            <w:pPr>
              <w:spacing w:after="0" w:line="240" w:lineRule="auto"/>
              <w:rPr>
                <w:rFonts w:ascii="Aptos" w:hAnsi="Aptos"/>
                <w:sz w:val="20"/>
                <w:szCs w:val="20"/>
                <w:lang w:val="es-CL"/>
              </w:rPr>
            </w:pPr>
            <w:r w:rsidRPr="005F2FEF">
              <w:rPr>
                <w:rFonts w:ascii="Aptos" w:hAnsi="Aptos"/>
                <w:sz w:val="20"/>
                <w:szCs w:val="20"/>
                <w:lang w:val="es-CL"/>
              </w:rPr>
              <w:t>____ / ____ / ______</w:t>
            </w:r>
          </w:p>
        </w:tc>
      </w:tr>
    </w:tbl>
    <w:p w14:paraId="1E71FAFF" w14:textId="77777777" w:rsidR="00B67A3F" w:rsidRPr="005F2FEF" w:rsidRDefault="00B031C6">
      <w:pPr>
        <w:rPr>
          <w:rFonts w:ascii="Aptos" w:hAnsi="Aptos"/>
          <w:sz w:val="20"/>
          <w:szCs w:val="20"/>
          <w:lang w:val="es-CL"/>
        </w:rPr>
      </w:pPr>
      <w:r w:rsidRPr="005F2FEF">
        <w:rPr>
          <w:rFonts w:ascii="Aptos" w:hAnsi="Aptos"/>
          <w:sz w:val="20"/>
          <w:szCs w:val="20"/>
          <w:lang w:val="es-CL"/>
        </w:rPr>
        <w:br w:type="page"/>
      </w:r>
    </w:p>
    <w:tbl>
      <w:tblPr>
        <w:tblW w:w="9360" w:type="dxa"/>
        <w:tblInd w:w="120" w:type="dxa"/>
        <w:tblBorders>
          <w:top w:val="single" w:sz="7" w:space="0" w:color="808080"/>
          <w:left w:val="single" w:sz="7" w:space="0" w:color="808080"/>
          <w:bottom w:val="single" w:sz="7" w:space="0" w:color="808080"/>
          <w:right w:val="single" w:sz="7" w:space="0" w:color="808080"/>
          <w:insideH w:val="single" w:sz="7" w:space="0" w:color="808080"/>
          <w:insideV w:val="single" w:sz="7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1180"/>
        <w:gridCol w:w="6500"/>
        <w:gridCol w:w="1680"/>
      </w:tblGrid>
      <w:tr w:rsidR="00B67A3F" w:rsidRPr="00DA5AE4" w14:paraId="150519F0" w14:textId="77777777">
        <w:tc>
          <w:tcPr>
            <w:tcW w:w="118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5B6CB8D" w14:textId="77777777" w:rsidR="00B67A3F" w:rsidRPr="00DA5AE4" w:rsidRDefault="00B031C6">
            <w:pPr>
              <w:jc w:val="center"/>
              <w:rPr>
                <w:rFonts w:ascii="Aptos" w:hAnsi="Aptos"/>
                <w:lang w:val="es-CL"/>
              </w:rPr>
            </w:pPr>
            <w:r w:rsidRPr="00DA5AE4">
              <w:rPr>
                <w:rFonts w:ascii="Aptos" w:hAnsi="Aptos"/>
                <w:noProof/>
                <w:lang w:val="es-CL"/>
              </w:rPr>
              <w:lastRenderedPageBreak/>
              <w:drawing>
                <wp:inline distT="0" distB="0" distL="0" distR="0" wp14:anchorId="3AE05A7C" wp14:editId="4BFC2502">
                  <wp:extent cx="566928" cy="51690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6928" cy="516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0AB9B91" w14:textId="77777777" w:rsidR="00B67A3F" w:rsidRPr="00DA5AE4" w:rsidRDefault="00B031C6">
            <w:pPr>
              <w:spacing w:after="0" w:line="240" w:lineRule="auto"/>
              <w:jc w:val="center"/>
              <w:rPr>
                <w:rFonts w:ascii="Aptos" w:hAnsi="Aptos"/>
                <w:lang w:val="es-CL"/>
              </w:rPr>
            </w:pPr>
            <w:r w:rsidRPr="00DA5AE4">
              <w:rPr>
                <w:rFonts w:ascii="Aptos" w:hAnsi="Aptos"/>
                <w:b/>
                <w:sz w:val="17"/>
                <w:lang w:val="es-CL"/>
              </w:rPr>
              <w:t>FORMULARIO DE ACREDITACIÓN DE SITUACIÓN CONTRACTUAL</w:t>
            </w:r>
            <w:r w:rsidRPr="00DA5AE4">
              <w:rPr>
                <w:rFonts w:ascii="Aptos" w:hAnsi="Aptos"/>
                <w:b/>
                <w:sz w:val="17"/>
                <w:lang w:val="es-CL"/>
              </w:rPr>
              <w:br/>
              <w:t>USO INTERNO - VERIFICACIÓN EN SIRH</w:t>
            </w:r>
          </w:p>
        </w:tc>
        <w:tc>
          <w:tcPr>
            <w:tcW w:w="168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27BDE1E" w14:textId="77777777" w:rsidR="00B67A3F" w:rsidRPr="00DA5AE4" w:rsidRDefault="00B031C6">
            <w:pPr>
              <w:spacing w:after="0" w:line="240" w:lineRule="auto"/>
              <w:jc w:val="center"/>
              <w:rPr>
                <w:rFonts w:ascii="Aptos" w:hAnsi="Aptos"/>
                <w:lang w:val="es-CL"/>
              </w:rPr>
            </w:pPr>
            <w:r w:rsidRPr="00DA5AE4">
              <w:rPr>
                <w:rFonts w:ascii="Aptos" w:hAnsi="Aptos"/>
                <w:sz w:val="15"/>
                <w:lang w:val="es-CL"/>
              </w:rPr>
              <w:t>Página 2 de 2</w:t>
            </w:r>
          </w:p>
        </w:tc>
      </w:tr>
    </w:tbl>
    <w:p w14:paraId="7FC0DB88" w14:textId="77777777" w:rsidR="00B67A3F" w:rsidRPr="00DA5AE4" w:rsidRDefault="00B031C6">
      <w:pPr>
        <w:keepNext/>
        <w:spacing w:before="160"/>
        <w:rPr>
          <w:rFonts w:ascii="Aptos" w:hAnsi="Aptos"/>
          <w:lang w:val="es-CL"/>
        </w:rPr>
      </w:pPr>
      <w:r w:rsidRPr="00DA5AE4">
        <w:rPr>
          <w:rFonts w:ascii="Aptos" w:hAnsi="Aptos"/>
          <w:b/>
          <w:color w:val="1F4E79"/>
          <w:sz w:val="20"/>
          <w:lang w:val="es-CL"/>
        </w:rPr>
        <w:t>3. VERIFICACIÓN INTERNA OBLIGATORIA EN SIRH</w:t>
      </w:r>
    </w:p>
    <w:tbl>
      <w:tblPr>
        <w:tblW w:w="9360" w:type="dxa"/>
        <w:tblInd w:w="120" w:type="dxa"/>
        <w:tblBorders>
          <w:top w:val="single" w:sz="6" w:space="0" w:color="A6A6A6"/>
          <w:left w:val="single" w:sz="6" w:space="0" w:color="A6A6A6"/>
          <w:bottom w:val="single" w:sz="6" w:space="0" w:color="A6A6A6"/>
          <w:right w:val="single" w:sz="6" w:space="0" w:color="A6A6A6"/>
          <w:insideH w:val="single" w:sz="6" w:space="0" w:color="A6A6A6"/>
          <w:insideV w:val="single" w:sz="6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2300"/>
        <w:gridCol w:w="7060"/>
      </w:tblGrid>
      <w:tr w:rsidR="00B67A3F" w:rsidRPr="004176AE" w14:paraId="01D36AD5" w14:textId="77777777">
        <w:tc>
          <w:tcPr>
            <w:tcW w:w="9360" w:type="dxa"/>
            <w:gridSpan w:val="2"/>
            <w:shd w:val="clear" w:color="auto" w:fill="EEF4F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4B2FE53" w14:textId="77777777" w:rsidR="00B67A3F" w:rsidRPr="004176AE" w:rsidRDefault="00B031C6">
            <w:pPr>
              <w:spacing w:after="0" w:line="240" w:lineRule="auto"/>
              <w:rPr>
                <w:rFonts w:ascii="Aptos" w:hAnsi="Aptos"/>
                <w:sz w:val="20"/>
                <w:szCs w:val="20"/>
                <w:lang w:val="es-CL"/>
              </w:rPr>
            </w:pPr>
            <w:r w:rsidRPr="004176AE">
              <w:rPr>
                <w:rFonts w:ascii="Aptos" w:hAnsi="Aptos"/>
                <w:sz w:val="20"/>
                <w:szCs w:val="20"/>
                <w:lang w:val="es-CL"/>
              </w:rPr>
              <w:t>Ruta de consulta: SIRH &gt; Módulo Hoja de Vida &gt; Datos contractuales. Revisar el registro vigente y el historial completo. La condición “No afecto al ítem de suplencias o reemplazos” debe mantenerse en el tiempo para clasificar a la persona como no reemplazante.</w:t>
            </w:r>
          </w:p>
        </w:tc>
      </w:tr>
      <w:tr w:rsidR="00B67A3F" w:rsidRPr="004176AE" w14:paraId="5A4C2DFE" w14:textId="77777777" w:rsidTr="00B505E8">
        <w:tblPrEx>
          <w:jc w:val="center"/>
          <w:tblInd w:w="0" w:type="dxa"/>
          <w:tblBorders>
            <w:top w:val="single" w:sz="8" w:space="0" w:color="808080"/>
            <w:left w:val="single" w:sz="8" w:space="0" w:color="808080"/>
            <w:bottom w:val="single" w:sz="8" w:space="0" w:color="808080"/>
            <w:right w:val="single" w:sz="8" w:space="0" w:color="808080"/>
            <w:insideH w:val="single" w:sz="8" w:space="0" w:color="808080"/>
            <w:insideV w:val="single" w:sz="8" w:space="0" w:color="808080"/>
          </w:tblBorders>
        </w:tblPrEx>
        <w:trPr>
          <w:jc w:val="center"/>
        </w:trPr>
        <w:tc>
          <w:tcPr>
            <w:tcW w:w="2300" w:type="dxa"/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6B61518" w14:textId="77777777" w:rsidR="00B67A3F" w:rsidRPr="004176AE" w:rsidRDefault="00B031C6">
            <w:pPr>
              <w:spacing w:after="0" w:line="240" w:lineRule="auto"/>
              <w:rPr>
                <w:rFonts w:ascii="Aptos" w:hAnsi="Aptos"/>
                <w:sz w:val="20"/>
                <w:szCs w:val="20"/>
                <w:lang w:val="es-CL"/>
              </w:rPr>
            </w:pPr>
            <w:r w:rsidRPr="004176AE">
              <w:rPr>
                <w:rFonts w:ascii="Aptos" w:hAnsi="Aptos"/>
                <w:b/>
                <w:sz w:val="20"/>
                <w:szCs w:val="20"/>
                <w:lang w:val="es-CL"/>
              </w:rPr>
              <w:t>Fecha de consulta</w:t>
            </w:r>
          </w:p>
        </w:tc>
        <w:tc>
          <w:tcPr>
            <w:tcW w:w="70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253F78A" w14:textId="77777777" w:rsidR="00B67A3F" w:rsidRPr="004176AE" w:rsidRDefault="00B031C6">
            <w:pPr>
              <w:spacing w:after="0" w:line="240" w:lineRule="auto"/>
              <w:rPr>
                <w:rFonts w:ascii="Aptos" w:hAnsi="Aptos"/>
                <w:sz w:val="20"/>
                <w:szCs w:val="20"/>
                <w:lang w:val="es-CL"/>
              </w:rPr>
            </w:pPr>
            <w:r w:rsidRPr="004176AE">
              <w:rPr>
                <w:rFonts w:ascii="Aptos" w:hAnsi="Aptos"/>
                <w:sz w:val="20"/>
                <w:szCs w:val="20"/>
                <w:lang w:val="es-CL"/>
              </w:rPr>
              <w:t>____ / ____ / ______</w:t>
            </w:r>
          </w:p>
        </w:tc>
      </w:tr>
      <w:tr w:rsidR="00B67A3F" w:rsidRPr="004176AE" w14:paraId="71C059B0" w14:textId="77777777" w:rsidTr="00B505E8">
        <w:tblPrEx>
          <w:jc w:val="center"/>
          <w:tblInd w:w="0" w:type="dxa"/>
          <w:tblBorders>
            <w:top w:val="single" w:sz="8" w:space="0" w:color="808080"/>
            <w:left w:val="single" w:sz="8" w:space="0" w:color="808080"/>
            <w:bottom w:val="single" w:sz="8" w:space="0" w:color="808080"/>
            <w:right w:val="single" w:sz="8" w:space="0" w:color="808080"/>
            <w:insideH w:val="single" w:sz="8" w:space="0" w:color="808080"/>
            <w:insideV w:val="single" w:sz="8" w:space="0" w:color="808080"/>
          </w:tblBorders>
        </w:tblPrEx>
        <w:trPr>
          <w:jc w:val="center"/>
        </w:trPr>
        <w:tc>
          <w:tcPr>
            <w:tcW w:w="2300" w:type="dxa"/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78D4057" w14:textId="77777777" w:rsidR="00B67A3F" w:rsidRPr="004176AE" w:rsidRDefault="00B031C6">
            <w:pPr>
              <w:spacing w:after="0" w:line="240" w:lineRule="auto"/>
              <w:rPr>
                <w:rFonts w:ascii="Aptos" w:hAnsi="Aptos"/>
                <w:sz w:val="20"/>
                <w:szCs w:val="20"/>
                <w:lang w:val="es-CL"/>
              </w:rPr>
            </w:pPr>
            <w:r w:rsidRPr="004176AE">
              <w:rPr>
                <w:rFonts w:ascii="Aptos" w:hAnsi="Aptos"/>
                <w:b/>
                <w:sz w:val="20"/>
                <w:szCs w:val="20"/>
                <w:lang w:val="es-CL"/>
              </w:rPr>
              <w:t>Nombre de quien verifica</w:t>
            </w:r>
          </w:p>
        </w:tc>
        <w:tc>
          <w:tcPr>
            <w:tcW w:w="70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0EA25FE" w14:textId="77777777" w:rsidR="00B67A3F" w:rsidRPr="004176AE" w:rsidRDefault="00B67A3F">
            <w:pPr>
              <w:spacing w:after="0" w:line="240" w:lineRule="auto"/>
              <w:rPr>
                <w:rFonts w:ascii="Aptos" w:hAnsi="Aptos"/>
                <w:sz w:val="20"/>
                <w:szCs w:val="20"/>
                <w:lang w:val="es-CL"/>
              </w:rPr>
            </w:pPr>
          </w:p>
        </w:tc>
      </w:tr>
      <w:tr w:rsidR="00B67A3F" w:rsidRPr="004176AE" w14:paraId="0C5D9743" w14:textId="77777777" w:rsidTr="00B505E8">
        <w:tblPrEx>
          <w:jc w:val="center"/>
          <w:tblInd w:w="0" w:type="dxa"/>
          <w:tblBorders>
            <w:top w:val="single" w:sz="8" w:space="0" w:color="808080"/>
            <w:left w:val="single" w:sz="8" w:space="0" w:color="808080"/>
            <w:bottom w:val="single" w:sz="8" w:space="0" w:color="808080"/>
            <w:right w:val="single" w:sz="8" w:space="0" w:color="808080"/>
            <w:insideH w:val="single" w:sz="8" w:space="0" w:color="808080"/>
            <w:insideV w:val="single" w:sz="8" w:space="0" w:color="808080"/>
          </w:tblBorders>
        </w:tblPrEx>
        <w:trPr>
          <w:jc w:val="center"/>
        </w:trPr>
        <w:tc>
          <w:tcPr>
            <w:tcW w:w="2300" w:type="dxa"/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B3D9BA9" w14:textId="77777777" w:rsidR="00B67A3F" w:rsidRPr="004176AE" w:rsidRDefault="00B031C6">
            <w:pPr>
              <w:spacing w:after="0" w:line="240" w:lineRule="auto"/>
              <w:rPr>
                <w:rFonts w:ascii="Aptos" w:hAnsi="Aptos"/>
                <w:sz w:val="20"/>
                <w:szCs w:val="20"/>
                <w:lang w:val="es-CL"/>
              </w:rPr>
            </w:pPr>
            <w:r w:rsidRPr="004176AE">
              <w:rPr>
                <w:rFonts w:ascii="Aptos" w:hAnsi="Aptos"/>
                <w:b/>
                <w:sz w:val="20"/>
                <w:szCs w:val="20"/>
                <w:lang w:val="es-CL"/>
              </w:rPr>
              <w:t>Cargo / unidad</w:t>
            </w:r>
          </w:p>
        </w:tc>
        <w:tc>
          <w:tcPr>
            <w:tcW w:w="70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589A3CD" w14:textId="77777777" w:rsidR="00B67A3F" w:rsidRPr="004176AE" w:rsidRDefault="00B67A3F">
            <w:pPr>
              <w:spacing w:after="0" w:line="240" w:lineRule="auto"/>
              <w:rPr>
                <w:rFonts w:ascii="Aptos" w:hAnsi="Aptos"/>
                <w:sz w:val="20"/>
                <w:szCs w:val="20"/>
                <w:lang w:val="es-CL"/>
              </w:rPr>
            </w:pPr>
          </w:p>
        </w:tc>
      </w:tr>
    </w:tbl>
    <w:p w14:paraId="315D4C6F" w14:textId="77777777" w:rsidR="004176AE" w:rsidRDefault="004176AE">
      <w:pPr>
        <w:keepNext/>
        <w:spacing w:before="160"/>
        <w:rPr>
          <w:rFonts w:ascii="Aptos" w:hAnsi="Aptos"/>
          <w:b/>
          <w:color w:val="1F4E79"/>
          <w:sz w:val="20"/>
          <w:lang w:val="es-CL"/>
        </w:rPr>
      </w:pPr>
    </w:p>
    <w:p w14:paraId="7D80AA1F" w14:textId="421EC44B" w:rsidR="00B67A3F" w:rsidRPr="00DA5AE4" w:rsidRDefault="00B031C6">
      <w:pPr>
        <w:keepNext/>
        <w:spacing w:before="160"/>
        <w:rPr>
          <w:rFonts w:ascii="Aptos" w:hAnsi="Aptos"/>
          <w:lang w:val="es-CL"/>
        </w:rPr>
      </w:pPr>
      <w:r w:rsidRPr="00DA5AE4">
        <w:rPr>
          <w:rFonts w:ascii="Aptos" w:hAnsi="Aptos"/>
          <w:b/>
          <w:color w:val="1F4E79"/>
          <w:sz w:val="20"/>
          <w:lang w:val="es-CL"/>
        </w:rPr>
        <w:t>4. ANTECEDENTES CONTRACTUALES VERIFICADOS</w:t>
      </w:r>
    </w:p>
    <w:tbl>
      <w:tblPr>
        <w:tblW w:w="9360" w:type="dxa"/>
        <w:jc w:val="center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8" w:space="0" w:color="808080"/>
          <w:insideV w:val="single" w:sz="8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3000"/>
        <w:gridCol w:w="6360"/>
      </w:tblGrid>
      <w:tr w:rsidR="00B67A3F" w:rsidRPr="004176AE" w14:paraId="7B35BE63" w14:textId="77777777" w:rsidTr="00B505E8">
        <w:trPr>
          <w:jc w:val="center"/>
        </w:trPr>
        <w:tc>
          <w:tcPr>
            <w:tcW w:w="3000" w:type="dxa"/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C0B5DB9" w14:textId="77777777" w:rsidR="00B67A3F" w:rsidRPr="004176AE" w:rsidRDefault="00B031C6">
            <w:pPr>
              <w:spacing w:after="0" w:line="240" w:lineRule="auto"/>
              <w:rPr>
                <w:rFonts w:ascii="Aptos" w:hAnsi="Aptos"/>
                <w:sz w:val="20"/>
                <w:szCs w:val="20"/>
                <w:lang w:val="es-CL"/>
              </w:rPr>
            </w:pPr>
            <w:r w:rsidRPr="004176AE">
              <w:rPr>
                <w:rFonts w:ascii="Aptos" w:hAnsi="Aptos"/>
                <w:b/>
                <w:sz w:val="20"/>
                <w:szCs w:val="20"/>
                <w:lang w:val="es-CL"/>
              </w:rPr>
              <w:t>Calidad jurídica vigente</w:t>
            </w:r>
          </w:p>
        </w:tc>
        <w:tc>
          <w:tcPr>
            <w:tcW w:w="63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B1762CA" w14:textId="17A35673" w:rsidR="00B67A3F" w:rsidRPr="004176AE" w:rsidRDefault="00B031C6">
            <w:pPr>
              <w:spacing w:after="0" w:line="240" w:lineRule="auto"/>
              <w:rPr>
                <w:rFonts w:ascii="Aptos" w:hAnsi="Aptos"/>
                <w:sz w:val="20"/>
                <w:szCs w:val="20"/>
                <w:lang w:val="es-CL"/>
              </w:rPr>
            </w:pPr>
            <w:r w:rsidRPr="004176AE">
              <w:rPr>
                <w:rFonts w:ascii="Aptos" w:hAnsi="Aptos"/>
                <w:sz w:val="20"/>
                <w:szCs w:val="20"/>
                <w:lang w:val="es-CL"/>
              </w:rPr>
              <w:t xml:space="preserve">☐ Contrata  </w:t>
            </w:r>
            <w:r w:rsidR="005F0229">
              <w:rPr>
                <w:rFonts w:ascii="Aptos" w:hAnsi="Aptos"/>
                <w:sz w:val="20"/>
                <w:szCs w:val="20"/>
                <w:lang w:val="es-CL"/>
              </w:rPr>
              <w:t xml:space="preserve">         </w:t>
            </w:r>
            <w:r w:rsidRPr="004176AE">
              <w:rPr>
                <w:rFonts w:ascii="Aptos" w:hAnsi="Aptos"/>
                <w:sz w:val="20"/>
                <w:szCs w:val="20"/>
                <w:lang w:val="es-CL"/>
              </w:rPr>
              <w:t xml:space="preserve">☐ Titular  </w:t>
            </w:r>
            <w:r w:rsidR="005F0229">
              <w:rPr>
                <w:rFonts w:ascii="Aptos" w:hAnsi="Aptos"/>
                <w:sz w:val="20"/>
                <w:szCs w:val="20"/>
                <w:lang w:val="es-CL"/>
              </w:rPr>
              <w:t xml:space="preserve">         </w:t>
            </w:r>
            <w:r w:rsidRPr="004176AE">
              <w:rPr>
                <w:rFonts w:ascii="Aptos" w:hAnsi="Aptos"/>
                <w:sz w:val="20"/>
                <w:szCs w:val="20"/>
                <w:lang w:val="es-CL"/>
              </w:rPr>
              <w:t>☐ Otra: __________________________</w:t>
            </w:r>
          </w:p>
        </w:tc>
      </w:tr>
      <w:tr w:rsidR="00B67A3F" w:rsidRPr="004176AE" w14:paraId="707DDF93" w14:textId="77777777" w:rsidTr="00B505E8">
        <w:trPr>
          <w:jc w:val="center"/>
        </w:trPr>
        <w:tc>
          <w:tcPr>
            <w:tcW w:w="3000" w:type="dxa"/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7D5E874" w14:textId="77777777" w:rsidR="00B67A3F" w:rsidRPr="004176AE" w:rsidRDefault="00B031C6">
            <w:pPr>
              <w:spacing w:after="0" w:line="240" w:lineRule="auto"/>
              <w:rPr>
                <w:rFonts w:ascii="Aptos" w:hAnsi="Aptos"/>
                <w:sz w:val="20"/>
                <w:szCs w:val="20"/>
                <w:lang w:val="es-CL"/>
              </w:rPr>
            </w:pPr>
            <w:r w:rsidRPr="004176AE">
              <w:rPr>
                <w:rFonts w:ascii="Aptos" w:hAnsi="Aptos"/>
                <w:b/>
                <w:sz w:val="20"/>
                <w:szCs w:val="20"/>
                <w:lang w:val="es-CL"/>
              </w:rPr>
              <w:t>¿Afecto al ítem de suplencias o reemplazos?</w:t>
            </w:r>
          </w:p>
        </w:tc>
        <w:tc>
          <w:tcPr>
            <w:tcW w:w="63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4439A29" w14:textId="33BCDBC9" w:rsidR="00B67A3F" w:rsidRPr="004176AE" w:rsidRDefault="00B031C6">
            <w:pPr>
              <w:spacing w:after="0" w:line="240" w:lineRule="auto"/>
              <w:rPr>
                <w:rFonts w:ascii="Aptos" w:hAnsi="Aptos"/>
                <w:sz w:val="20"/>
                <w:szCs w:val="20"/>
                <w:lang w:val="es-CL"/>
              </w:rPr>
            </w:pPr>
            <w:r w:rsidRPr="004176AE">
              <w:rPr>
                <w:rFonts w:ascii="Aptos" w:hAnsi="Aptos"/>
                <w:sz w:val="20"/>
                <w:szCs w:val="20"/>
                <w:lang w:val="es-CL"/>
              </w:rPr>
              <w:t xml:space="preserve">☐ Sí </w:t>
            </w:r>
            <w:r w:rsidR="005F0229">
              <w:rPr>
                <w:rFonts w:ascii="Aptos" w:hAnsi="Aptos"/>
                <w:sz w:val="20"/>
                <w:szCs w:val="20"/>
                <w:lang w:val="es-CL"/>
              </w:rPr>
              <w:t xml:space="preserve">     </w:t>
            </w:r>
            <w:r w:rsidRPr="004176AE">
              <w:rPr>
                <w:rFonts w:ascii="Aptos" w:hAnsi="Aptos"/>
                <w:sz w:val="20"/>
                <w:szCs w:val="20"/>
                <w:lang w:val="es-CL"/>
              </w:rPr>
              <w:t xml:space="preserve"> </w:t>
            </w:r>
            <w:r w:rsidR="005F0229">
              <w:rPr>
                <w:rFonts w:ascii="Aptos" w:hAnsi="Aptos"/>
                <w:sz w:val="20"/>
                <w:szCs w:val="20"/>
                <w:lang w:val="es-CL"/>
              </w:rPr>
              <w:t xml:space="preserve">        </w:t>
            </w:r>
            <w:r w:rsidRPr="004176AE">
              <w:rPr>
                <w:rFonts w:ascii="Aptos" w:hAnsi="Aptos"/>
                <w:sz w:val="20"/>
                <w:szCs w:val="20"/>
                <w:lang w:val="es-CL"/>
              </w:rPr>
              <w:t xml:space="preserve">☐No  </w:t>
            </w:r>
            <w:r w:rsidR="005F0229">
              <w:rPr>
                <w:rFonts w:ascii="Aptos" w:hAnsi="Aptos"/>
                <w:sz w:val="20"/>
                <w:szCs w:val="20"/>
                <w:lang w:val="es-CL"/>
              </w:rPr>
              <w:t xml:space="preserve">             </w:t>
            </w:r>
            <w:r w:rsidRPr="004176AE">
              <w:rPr>
                <w:rFonts w:ascii="Aptos" w:hAnsi="Aptos"/>
                <w:sz w:val="20"/>
                <w:szCs w:val="20"/>
                <w:lang w:val="es-CL"/>
              </w:rPr>
              <w:t>☐ Registro inconsistente / requiere aclaración</w:t>
            </w:r>
          </w:p>
        </w:tc>
      </w:tr>
      <w:tr w:rsidR="00B67A3F" w:rsidRPr="004176AE" w14:paraId="3468F0B6" w14:textId="77777777" w:rsidTr="00B505E8">
        <w:trPr>
          <w:jc w:val="center"/>
        </w:trPr>
        <w:tc>
          <w:tcPr>
            <w:tcW w:w="3000" w:type="dxa"/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7F6EB96" w14:textId="77777777" w:rsidR="00B67A3F" w:rsidRPr="004176AE" w:rsidRDefault="00B031C6">
            <w:pPr>
              <w:spacing w:after="0" w:line="240" w:lineRule="auto"/>
              <w:rPr>
                <w:rFonts w:ascii="Aptos" w:hAnsi="Aptos"/>
                <w:sz w:val="20"/>
                <w:szCs w:val="20"/>
                <w:lang w:val="es-CL"/>
              </w:rPr>
            </w:pPr>
            <w:r w:rsidRPr="004176AE">
              <w:rPr>
                <w:rFonts w:ascii="Aptos" w:hAnsi="Aptos"/>
                <w:b/>
                <w:sz w:val="20"/>
                <w:szCs w:val="20"/>
                <w:lang w:val="es-CL"/>
              </w:rPr>
              <w:t>¿Reemplaza a una persona identificada?</w:t>
            </w:r>
          </w:p>
        </w:tc>
        <w:tc>
          <w:tcPr>
            <w:tcW w:w="63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6B8A399" w14:textId="5183A6CB" w:rsidR="00B67A3F" w:rsidRPr="004176AE" w:rsidRDefault="00B031C6">
            <w:pPr>
              <w:spacing w:after="0" w:line="240" w:lineRule="auto"/>
              <w:rPr>
                <w:rFonts w:ascii="Aptos" w:hAnsi="Aptos"/>
                <w:sz w:val="20"/>
                <w:szCs w:val="20"/>
                <w:lang w:val="es-CL"/>
              </w:rPr>
            </w:pPr>
            <w:r w:rsidRPr="004176AE">
              <w:rPr>
                <w:rFonts w:ascii="Aptos" w:hAnsi="Aptos"/>
                <w:sz w:val="20"/>
                <w:szCs w:val="20"/>
                <w:lang w:val="es-CL"/>
              </w:rPr>
              <w:t xml:space="preserve">☐ Sí  </w:t>
            </w:r>
            <w:r w:rsidR="005F0229">
              <w:rPr>
                <w:rFonts w:ascii="Aptos" w:hAnsi="Aptos"/>
                <w:sz w:val="20"/>
                <w:szCs w:val="20"/>
                <w:lang w:val="es-CL"/>
              </w:rPr>
              <w:t xml:space="preserve">      </w:t>
            </w:r>
            <w:r w:rsidRPr="004176AE">
              <w:rPr>
                <w:rFonts w:ascii="Aptos" w:hAnsi="Aptos"/>
                <w:sz w:val="20"/>
                <w:szCs w:val="20"/>
                <w:lang w:val="es-CL"/>
              </w:rPr>
              <w:t>☐ No     Nombre / RUN: __________________________</w:t>
            </w:r>
          </w:p>
        </w:tc>
      </w:tr>
      <w:tr w:rsidR="00B67A3F" w:rsidRPr="004176AE" w14:paraId="4A753E9A" w14:textId="77777777" w:rsidTr="00B505E8">
        <w:trPr>
          <w:jc w:val="center"/>
        </w:trPr>
        <w:tc>
          <w:tcPr>
            <w:tcW w:w="3000" w:type="dxa"/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8E73E93" w14:textId="77777777" w:rsidR="00B67A3F" w:rsidRPr="004176AE" w:rsidRDefault="00B031C6">
            <w:pPr>
              <w:spacing w:after="0" w:line="240" w:lineRule="auto"/>
              <w:rPr>
                <w:rFonts w:ascii="Aptos" w:hAnsi="Aptos"/>
                <w:sz w:val="20"/>
                <w:szCs w:val="20"/>
                <w:lang w:val="es-CL"/>
              </w:rPr>
            </w:pPr>
            <w:r w:rsidRPr="004176AE">
              <w:rPr>
                <w:rFonts w:ascii="Aptos" w:hAnsi="Aptos"/>
                <w:b/>
                <w:sz w:val="20"/>
                <w:szCs w:val="20"/>
                <w:lang w:val="es-CL"/>
              </w:rPr>
              <w:t>Situación del cargo</w:t>
            </w:r>
          </w:p>
        </w:tc>
        <w:tc>
          <w:tcPr>
            <w:tcW w:w="63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A5859AF" w14:textId="55177A27" w:rsidR="00B67A3F" w:rsidRPr="004176AE" w:rsidRDefault="00B031C6">
            <w:pPr>
              <w:spacing w:after="0" w:line="240" w:lineRule="auto"/>
              <w:rPr>
                <w:rFonts w:ascii="Aptos" w:hAnsi="Aptos"/>
                <w:sz w:val="20"/>
                <w:szCs w:val="20"/>
                <w:lang w:val="es-CL"/>
              </w:rPr>
            </w:pPr>
            <w:r w:rsidRPr="004176AE">
              <w:rPr>
                <w:rFonts w:ascii="Aptos" w:hAnsi="Aptos"/>
                <w:sz w:val="20"/>
                <w:szCs w:val="20"/>
                <w:lang w:val="es-CL"/>
              </w:rPr>
              <w:t xml:space="preserve">☐ Ocupado regularmente </w:t>
            </w:r>
            <w:r w:rsidR="00CA15C8">
              <w:rPr>
                <w:rFonts w:ascii="Aptos" w:hAnsi="Aptos"/>
                <w:sz w:val="20"/>
                <w:szCs w:val="20"/>
                <w:lang w:val="es-CL"/>
              </w:rPr>
              <w:t xml:space="preserve">     </w:t>
            </w:r>
            <w:r w:rsidRPr="004176AE">
              <w:rPr>
                <w:rFonts w:ascii="Aptos" w:hAnsi="Aptos"/>
                <w:sz w:val="20"/>
                <w:szCs w:val="20"/>
                <w:lang w:val="es-CL"/>
              </w:rPr>
              <w:t xml:space="preserve"> ☐ Vacante  </w:t>
            </w:r>
            <w:r w:rsidR="00CA15C8">
              <w:rPr>
                <w:rFonts w:ascii="Aptos" w:hAnsi="Aptos"/>
                <w:sz w:val="20"/>
                <w:szCs w:val="20"/>
                <w:lang w:val="es-CL"/>
              </w:rPr>
              <w:t xml:space="preserve">       </w:t>
            </w:r>
            <w:r w:rsidRPr="004176AE">
              <w:rPr>
                <w:rFonts w:ascii="Aptos" w:hAnsi="Aptos"/>
                <w:sz w:val="20"/>
                <w:szCs w:val="20"/>
                <w:lang w:val="es-CL"/>
              </w:rPr>
              <w:t>☐ No determinada</w:t>
            </w:r>
          </w:p>
        </w:tc>
      </w:tr>
      <w:tr w:rsidR="00B67A3F" w:rsidRPr="004176AE" w14:paraId="5B124487" w14:textId="77777777" w:rsidTr="00B505E8">
        <w:trPr>
          <w:jc w:val="center"/>
        </w:trPr>
        <w:tc>
          <w:tcPr>
            <w:tcW w:w="3000" w:type="dxa"/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EEF8459" w14:textId="77777777" w:rsidR="00B67A3F" w:rsidRPr="004176AE" w:rsidRDefault="00B031C6">
            <w:pPr>
              <w:spacing w:after="0" w:line="240" w:lineRule="auto"/>
              <w:rPr>
                <w:rFonts w:ascii="Aptos" w:hAnsi="Aptos"/>
                <w:sz w:val="20"/>
                <w:szCs w:val="20"/>
                <w:lang w:val="es-CL"/>
              </w:rPr>
            </w:pPr>
            <w:r w:rsidRPr="004176AE">
              <w:rPr>
                <w:rFonts w:ascii="Aptos" w:hAnsi="Aptos"/>
                <w:b/>
                <w:sz w:val="20"/>
                <w:szCs w:val="20"/>
                <w:lang w:val="es-CL"/>
              </w:rPr>
              <w:t>Propietario/a o “dueño/a” del cargo</w:t>
            </w:r>
          </w:p>
        </w:tc>
        <w:tc>
          <w:tcPr>
            <w:tcW w:w="63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5B4FB1D" w14:textId="77777777" w:rsidR="00B67A3F" w:rsidRPr="004176AE" w:rsidRDefault="00B031C6">
            <w:pPr>
              <w:spacing w:after="0" w:line="240" w:lineRule="auto"/>
              <w:rPr>
                <w:rFonts w:ascii="Aptos" w:hAnsi="Aptos"/>
                <w:sz w:val="20"/>
                <w:szCs w:val="20"/>
                <w:lang w:val="es-CL"/>
              </w:rPr>
            </w:pPr>
            <w:r w:rsidRPr="004176AE">
              <w:rPr>
                <w:rFonts w:ascii="Aptos" w:hAnsi="Aptos"/>
                <w:sz w:val="20"/>
                <w:szCs w:val="20"/>
                <w:lang w:val="es-CL"/>
              </w:rPr>
              <w:t xml:space="preserve">☐ La persona </w:t>
            </w:r>
            <w:proofErr w:type="gramStart"/>
            <w:r w:rsidRPr="004176AE">
              <w:rPr>
                <w:rFonts w:ascii="Aptos" w:hAnsi="Aptos"/>
                <w:sz w:val="20"/>
                <w:szCs w:val="20"/>
                <w:lang w:val="es-CL"/>
              </w:rPr>
              <w:t>verificada  ☐</w:t>
            </w:r>
            <w:proofErr w:type="gramEnd"/>
            <w:r w:rsidRPr="004176AE">
              <w:rPr>
                <w:rFonts w:ascii="Aptos" w:hAnsi="Aptos"/>
                <w:sz w:val="20"/>
                <w:szCs w:val="20"/>
                <w:lang w:val="es-CL"/>
              </w:rPr>
              <w:t xml:space="preserve"> Otra </w:t>
            </w:r>
            <w:proofErr w:type="gramStart"/>
            <w:r w:rsidRPr="004176AE">
              <w:rPr>
                <w:rFonts w:ascii="Aptos" w:hAnsi="Aptos"/>
                <w:sz w:val="20"/>
                <w:szCs w:val="20"/>
                <w:lang w:val="es-CL"/>
              </w:rPr>
              <w:t>persona  ☐</w:t>
            </w:r>
            <w:proofErr w:type="gramEnd"/>
            <w:r w:rsidRPr="004176AE">
              <w:rPr>
                <w:rFonts w:ascii="Aptos" w:hAnsi="Aptos"/>
                <w:sz w:val="20"/>
                <w:szCs w:val="20"/>
                <w:lang w:val="es-CL"/>
              </w:rPr>
              <w:t xml:space="preserve"> No aplica / no determinado</w:t>
            </w:r>
          </w:p>
        </w:tc>
      </w:tr>
      <w:tr w:rsidR="00B67A3F" w:rsidRPr="004176AE" w14:paraId="45F78469" w14:textId="77777777" w:rsidTr="00B505E8">
        <w:trPr>
          <w:jc w:val="center"/>
        </w:trPr>
        <w:tc>
          <w:tcPr>
            <w:tcW w:w="3000" w:type="dxa"/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6DBC356" w14:textId="77777777" w:rsidR="00B67A3F" w:rsidRPr="004176AE" w:rsidRDefault="00B031C6">
            <w:pPr>
              <w:spacing w:after="0" w:line="240" w:lineRule="auto"/>
              <w:rPr>
                <w:rFonts w:ascii="Aptos" w:hAnsi="Aptos"/>
                <w:sz w:val="20"/>
                <w:szCs w:val="20"/>
                <w:lang w:val="es-CL"/>
              </w:rPr>
            </w:pPr>
            <w:r w:rsidRPr="004176AE">
              <w:rPr>
                <w:rFonts w:ascii="Aptos" w:hAnsi="Aptos"/>
                <w:b/>
                <w:sz w:val="20"/>
                <w:szCs w:val="20"/>
                <w:lang w:val="es-CL"/>
              </w:rPr>
              <w:t>Continuidad del registro histórico</w:t>
            </w:r>
          </w:p>
        </w:tc>
        <w:tc>
          <w:tcPr>
            <w:tcW w:w="63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7E1A159" w14:textId="77777777" w:rsidR="00B67A3F" w:rsidRPr="004176AE" w:rsidRDefault="00B031C6">
            <w:pPr>
              <w:spacing w:after="0" w:line="240" w:lineRule="auto"/>
              <w:rPr>
                <w:rFonts w:ascii="Aptos" w:hAnsi="Aptos"/>
                <w:sz w:val="20"/>
                <w:szCs w:val="20"/>
                <w:lang w:val="es-CL"/>
              </w:rPr>
            </w:pPr>
            <w:r w:rsidRPr="004176AE">
              <w:rPr>
                <w:rFonts w:ascii="Aptos" w:hAnsi="Aptos"/>
                <w:sz w:val="20"/>
                <w:szCs w:val="20"/>
                <w:lang w:val="es-CL"/>
              </w:rPr>
              <w:t xml:space="preserve">☐ </w:t>
            </w:r>
            <w:proofErr w:type="gramStart"/>
            <w:r w:rsidRPr="004176AE">
              <w:rPr>
                <w:rFonts w:ascii="Aptos" w:hAnsi="Aptos"/>
                <w:sz w:val="20"/>
                <w:szCs w:val="20"/>
                <w:lang w:val="es-CL"/>
              </w:rPr>
              <w:t>Permanente  ☐</w:t>
            </w:r>
            <w:proofErr w:type="gramEnd"/>
            <w:r w:rsidRPr="004176AE">
              <w:rPr>
                <w:rFonts w:ascii="Aptos" w:hAnsi="Aptos"/>
                <w:sz w:val="20"/>
                <w:szCs w:val="20"/>
                <w:lang w:val="es-CL"/>
              </w:rPr>
              <w:t xml:space="preserve"> Cambió en el </w:t>
            </w:r>
            <w:proofErr w:type="gramStart"/>
            <w:r w:rsidRPr="004176AE">
              <w:rPr>
                <w:rFonts w:ascii="Aptos" w:hAnsi="Aptos"/>
                <w:sz w:val="20"/>
                <w:szCs w:val="20"/>
                <w:lang w:val="es-CL"/>
              </w:rPr>
              <w:t>tiempo  ☐</w:t>
            </w:r>
            <w:proofErr w:type="gramEnd"/>
            <w:r w:rsidRPr="004176AE">
              <w:rPr>
                <w:rFonts w:ascii="Aptos" w:hAnsi="Aptos"/>
                <w:sz w:val="20"/>
                <w:szCs w:val="20"/>
                <w:lang w:val="es-CL"/>
              </w:rPr>
              <w:t xml:space="preserve"> Historial insuficiente</w:t>
            </w:r>
          </w:p>
        </w:tc>
      </w:tr>
      <w:tr w:rsidR="00B67A3F" w:rsidRPr="004176AE" w14:paraId="7C678F27" w14:textId="77777777" w:rsidTr="00B505E8">
        <w:trPr>
          <w:jc w:val="center"/>
        </w:trPr>
        <w:tc>
          <w:tcPr>
            <w:tcW w:w="3000" w:type="dxa"/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39F8902" w14:textId="77777777" w:rsidR="00B67A3F" w:rsidRPr="004176AE" w:rsidRDefault="00B031C6">
            <w:pPr>
              <w:spacing w:after="0" w:line="240" w:lineRule="auto"/>
              <w:rPr>
                <w:rFonts w:ascii="Aptos" w:hAnsi="Aptos"/>
                <w:sz w:val="20"/>
                <w:szCs w:val="20"/>
                <w:lang w:val="es-CL"/>
              </w:rPr>
            </w:pPr>
            <w:r w:rsidRPr="004176AE">
              <w:rPr>
                <w:rFonts w:ascii="Aptos" w:hAnsi="Aptos"/>
                <w:b/>
                <w:sz w:val="20"/>
                <w:szCs w:val="20"/>
                <w:lang w:val="es-CL"/>
              </w:rPr>
              <w:t>Resolución(es) revisada(s)</w:t>
            </w:r>
          </w:p>
        </w:tc>
        <w:tc>
          <w:tcPr>
            <w:tcW w:w="63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A57FBE6" w14:textId="77777777" w:rsidR="00B67A3F" w:rsidRPr="004176AE" w:rsidRDefault="00B031C6">
            <w:pPr>
              <w:spacing w:after="0" w:line="240" w:lineRule="auto"/>
              <w:rPr>
                <w:rFonts w:ascii="Aptos" w:hAnsi="Aptos"/>
                <w:sz w:val="20"/>
                <w:szCs w:val="20"/>
                <w:lang w:val="es-CL"/>
              </w:rPr>
            </w:pPr>
            <w:proofErr w:type="spellStart"/>
            <w:r w:rsidRPr="004176AE">
              <w:rPr>
                <w:rFonts w:ascii="Aptos" w:hAnsi="Aptos"/>
                <w:sz w:val="20"/>
                <w:szCs w:val="20"/>
                <w:lang w:val="es-CL"/>
              </w:rPr>
              <w:t>Nº</w:t>
            </w:r>
            <w:proofErr w:type="spellEnd"/>
            <w:r w:rsidRPr="004176AE">
              <w:rPr>
                <w:rFonts w:ascii="Aptos" w:hAnsi="Aptos"/>
                <w:sz w:val="20"/>
                <w:szCs w:val="20"/>
                <w:lang w:val="es-CL"/>
              </w:rPr>
              <w:t xml:space="preserve"> / fecha / período: ______________________________________________</w:t>
            </w:r>
          </w:p>
        </w:tc>
      </w:tr>
      <w:tr w:rsidR="00B67A3F" w:rsidRPr="004176AE" w14:paraId="397D3D64" w14:textId="77777777" w:rsidTr="00B505E8">
        <w:trPr>
          <w:jc w:val="center"/>
        </w:trPr>
        <w:tc>
          <w:tcPr>
            <w:tcW w:w="3000" w:type="dxa"/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BEBBAE3" w14:textId="77777777" w:rsidR="00B67A3F" w:rsidRPr="004176AE" w:rsidRDefault="00B031C6">
            <w:pPr>
              <w:spacing w:after="0" w:line="240" w:lineRule="auto"/>
              <w:rPr>
                <w:rFonts w:ascii="Aptos" w:hAnsi="Aptos"/>
                <w:sz w:val="20"/>
                <w:szCs w:val="20"/>
                <w:lang w:val="es-CL"/>
              </w:rPr>
            </w:pPr>
            <w:r w:rsidRPr="004176AE">
              <w:rPr>
                <w:rFonts w:ascii="Aptos" w:hAnsi="Aptos"/>
                <w:b/>
                <w:sz w:val="20"/>
                <w:szCs w:val="20"/>
                <w:lang w:val="es-CL"/>
              </w:rPr>
              <w:t>Observaciones</w:t>
            </w:r>
          </w:p>
        </w:tc>
        <w:tc>
          <w:tcPr>
            <w:tcW w:w="63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D6D69B7" w14:textId="77777777" w:rsidR="00B67A3F" w:rsidRPr="004176AE" w:rsidRDefault="00B67A3F">
            <w:pPr>
              <w:spacing w:after="0" w:line="240" w:lineRule="auto"/>
              <w:rPr>
                <w:rFonts w:ascii="Aptos" w:hAnsi="Aptos"/>
                <w:sz w:val="20"/>
                <w:szCs w:val="20"/>
                <w:lang w:val="es-CL"/>
              </w:rPr>
            </w:pPr>
          </w:p>
        </w:tc>
      </w:tr>
    </w:tbl>
    <w:p w14:paraId="2CE1312E" w14:textId="77777777" w:rsidR="004176AE" w:rsidRDefault="004176AE">
      <w:pPr>
        <w:keepNext/>
        <w:spacing w:before="160"/>
        <w:rPr>
          <w:rFonts w:ascii="Aptos" w:hAnsi="Aptos"/>
          <w:b/>
          <w:color w:val="1F4E79"/>
          <w:sz w:val="20"/>
          <w:lang w:val="es-CL"/>
        </w:rPr>
      </w:pPr>
    </w:p>
    <w:p w14:paraId="14A8E9BE" w14:textId="634A1A56" w:rsidR="00B67A3F" w:rsidRPr="00DA5AE4" w:rsidRDefault="00B031C6">
      <w:pPr>
        <w:keepNext/>
        <w:spacing w:before="160"/>
        <w:rPr>
          <w:rFonts w:ascii="Aptos" w:hAnsi="Aptos"/>
          <w:lang w:val="es-CL"/>
        </w:rPr>
      </w:pPr>
      <w:r w:rsidRPr="00DA5AE4">
        <w:rPr>
          <w:rFonts w:ascii="Aptos" w:hAnsi="Aptos"/>
          <w:b/>
          <w:color w:val="1F4E79"/>
          <w:sz w:val="20"/>
          <w:lang w:val="es-CL"/>
        </w:rPr>
        <w:t>5. CLASIFICACIÓN FINAL</w:t>
      </w:r>
    </w:p>
    <w:tbl>
      <w:tblPr>
        <w:tblW w:w="9490" w:type="dxa"/>
        <w:jc w:val="center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8" w:space="0" w:color="808080"/>
          <w:insideV w:val="single" w:sz="8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983"/>
        <w:gridCol w:w="2147"/>
        <w:gridCol w:w="200"/>
        <w:gridCol w:w="6160"/>
      </w:tblGrid>
      <w:tr w:rsidR="00B67A3F" w:rsidRPr="005F0229" w14:paraId="18265246" w14:textId="77777777" w:rsidTr="005F0229">
        <w:trPr>
          <w:jc w:val="center"/>
        </w:trPr>
        <w:tc>
          <w:tcPr>
            <w:tcW w:w="983" w:type="dxa"/>
            <w:shd w:val="clear" w:color="auto" w:fill="D9EAF7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F1BCB48" w14:textId="77777777" w:rsidR="00B67A3F" w:rsidRPr="005F0229" w:rsidRDefault="00B031C6">
            <w:pPr>
              <w:spacing w:after="0" w:line="240" w:lineRule="auto"/>
              <w:jc w:val="center"/>
              <w:rPr>
                <w:rFonts w:ascii="Aptos" w:hAnsi="Aptos"/>
                <w:sz w:val="20"/>
                <w:szCs w:val="20"/>
                <w:lang w:val="es-CL"/>
              </w:rPr>
            </w:pPr>
            <w:r w:rsidRPr="005F0229">
              <w:rPr>
                <w:rFonts w:ascii="Aptos" w:hAnsi="Aptos"/>
                <w:b/>
                <w:sz w:val="20"/>
                <w:szCs w:val="20"/>
                <w:lang w:val="es-CL"/>
              </w:rPr>
              <w:t>Marcar</w:t>
            </w:r>
          </w:p>
        </w:tc>
        <w:tc>
          <w:tcPr>
            <w:tcW w:w="2347" w:type="dxa"/>
            <w:gridSpan w:val="2"/>
            <w:shd w:val="clear" w:color="auto" w:fill="D9EAF7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85257E8" w14:textId="77777777" w:rsidR="00B67A3F" w:rsidRPr="005F0229" w:rsidRDefault="00B031C6">
            <w:pPr>
              <w:spacing w:after="0" w:line="240" w:lineRule="auto"/>
              <w:jc w:val="center"/>
              <w:rPr>
                <w:rFonts w:ascii="Aptos" w:hAnsi="Aptos"/>
                <w:sz w:val="20"/>
                <w:szCs w:val="20"/>
                <w:lang w:val="es-CL"/>
              </w:rPr>
            </w:pPr>
            <w:r w:rsidRPr="005F0229">
              <w:rPr>
                <w:rFonts w:ascii="Aptos" w:hAnsi="Aptos"/>
                <w:b/>
                <w:sz w:val="20"/>
                <w:szCs w:val="20"/>
                <w:lang w:val="es-CL"/>
              </w:rPr>
              <w:t>Clasificación</w:t>
            </w:r>
          </w:p>
        </w:tc>
        <w:tc>
          <w:tcPr>
            <w:tcW w:w="6160" w:type="dxa"/>
            <w:shd w:val="clear" w:color="auto" w:fill="D9EAF7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A033572" w14:textId="77777777" w:rsidR="00B67A3F" w:rsidRPr="005F0229" w:rsidRDefault="00B031C6">
            <w:pPr>
              <w:spacing w:after="0" w:line="240" w:lineRule="auto"/>
              <w:jc w:val="center"/>
              <w:rPr>
                <w:rFonts w:ascii="Aptos" w:hAnsi="Aptos"/>
                <w:sz w:val="20"/>
                <w:szCs w:val="20"/>
                <w:lang w:val="es-CL"/>
              </w:rPr>
            </w:pPr>
            <w:r w:rsidRPr="005F0229">
              <w:rPr>
                <w:rFonts w:ascii="Aptos" w:hAnsi="Aptos"/>
                <w:b/>
                <w:sz w:val="20"/>
                <w:szCs w:val="20"/>
                <w:lang w:val="es-CL"/>
              </w:rPr>
              <w:t>Criterio mínimo de verificación</w:t>
            </w:r>
          </w:p>
        </w:tc>
      </w:tr>
      <w:tr w:rsidR="00B67A3F" w:rsidRPr="005F0229" w14:paraId="36C9CC4A" w14:textId="77777777" w:rsidTr="005F0229">
        <w:trPr>
          <w:jc w:val="center"/>
        </w:trPr>
        <w:tc>
          <w:tcPr>
            <w:tcW w:w="983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12F0493" w14:textId="77777777" w:rsidR="00B67A3F" w:rsidRPr="005F0229" w:rsidRDefault="00B031C6">
            <w:pPr>
              <w:spacing w:after="0" w:line="240" w:lineRule="auto"/>
              <w:jc w:val="center"/>
              <w:rPr>
                <w:rFonts w:ascii="Aptos" w:hAnsi="Aptos"/>
                <w:sz w:val="20"/>
                <w:szCs w:val="20"/>
                <w:lang w:val="es-CL"/>
              </w:rPr>
            </w:pPr>
            <w:r w:rsidRPr="005F0229">
              <w:rPr>
                <w:rFonts w:ascii="Aptos" w:hAnsi="Aptos"/>
                <w:sz w:val="20"/>
                <w:szCs w:val="20"/>
                <w:lang w:val="es-CL"/>
              </w:rPr>
              <w:lastRenderedPageBreak/>
              <w:t>☐</w:t>
            </w:r>
          </w:p>
        </w:tc>
        <w:tc>
          <w:tcPr>
            <w:tcW w:w="2347" w:type="dxa"/>
            <w:gridSpan w:val="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3CF3745" w14:textId="77777777" w:rsidR="00B67A3F" w:rsidRPr="005F0229" w:rsidRDefault="00B031C6" w:rsidP="005F0229">
            <w:pPr>
              <w:spacing w:after="0" w:line="240" w:lineRule="auto"/>
              <w:jc w:val="center"/>
              <w:rPr>
                <w:rFonts w:ascii="Aptos" w:hAnsi="Aptos"/>
                <w:sz w:val="20"/>
                <w:szCs w:val="20"/>
                <w:lang w:val="es-CL"/>
              </w:rPr>
            </w:pPr>
            <w:r w:rsidRPr="005F0229">
              <w:rPr>
                <w:rFonts w:ascii="Aptos" w:hAnsi="Aptos"/>
                <w:b/>
                <w:sz w:val="20"/>
                <w:szCs w:val="20"/>
                <w:lang w:val="es-CL"/>
              </w:rPr>
              <w:t>Contrata no reemplazante (“contrata pura”)</w:t>
            </w:r>
          </w:p>
        </w:tc>
        <w:tc>
          <w:tcPr>
            <w:tcW w:w="61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F8830ED" w14:textId="77777777" w:rsidR="00B67A3F" w:rsidRPr="005F0229" w:rsidRDefault="00B031C6">
            <w:pPr>
              <w:spacing w:after="0" w:line="240" w:lineRule="auto"/>
              <w:rPr>
                <w:rFonts w:ascii="Aptos" w:hAnsi="Aptos"/>
                <w:sz w:val="20"/>
                <w:szCs w:val="20"/>
                <w:lang w:val="es-CL"/>
              </w:rPr>
            </w:pPr>
            <w:r w:rsidRPr="005F0229">
              <w:rPr>
                <w:rFonts w:ascii="Aptos" w:hAnsi="Aptos"/>
                <w:sz w:val="20"/>
                <w:szCs w:val="20"/>
                <w:lang w:val="es-CL"/>
              </w:rPr>
              <w:t>Calidad jurídica contrata; registro histórico “No” afecto a suplencias o reemplazos; no reemplaza a otra persona; el cargo no está registrado como vacante.</w:t>
            </w:r>
          </w:p>
        </w:tc>
      </w:tr>
      <w:tr w:rsidR="00B67A3F" w:rsidRPr="005F0229" w14:paraId="31215D64" w14:textId="77777777" w:rsidTr="005F0229">
        <w:trPr>
          <w:jc w:val="center"/>
        </w:trPr>
        <w:tc>
          <w:tcPr>
            <w:tcW w:w="983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6AF04B4" w14:textId="77777777" w:rsidR="00B67A3F" w:rsidRPr="005F0229" w:rsidRDefault="00B031C6">
            <w:pPr>
              <w:spacing w:after="0" w:line="240" w:lineRule="auto"/>
              <w:jc w:val="center"/>
              <w:rPr>
                <w:rFonts w:ascii="Aptos" w:hAnsi="Aptos"/>
                <w:sz w:val="20"/>
                <w:szCs w:val="20"/>
                <w:lang w:val="es-CL"/>
              </w:rPr>
            </w:pPr>
            <w:r w:rsidRPr="005F0229">
              <w:rPr>
                <w:rFonts w:ascii="Aptos" w:hAnsi="Aptos"/>
                <w:sz w:val="20"/>
                <w:szCs w:val="20"/>
                <w:lang w:val="es-CL"/>
              </w:rPr>
              <w:t>☐</w:t>
            </w:r>
          </w:p>
        </w:tc>
        <w:tc>
          <w:tcPr>
            <w:tcW w:w="2347" w:type="dxa"/>
            <w:gridSpan w:val="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35454B8" w14:textId="77777777" w:rsidR="00B67A3F" w:rsidRPr="005F0229" w:rsidRDefault="00B031C6" w:rsidP="005F0229">
            <w:pPr>
              <w:spacing w:after="0" w:line="240" w:lineRule="auto"/>
              <w:jc w:val="center"/>
              <w:rPr>
                <w:rFonts w:ascii="Aptos" w:hAnsi="Aptos"/>
                <w:sz w:val="20"/>
                <w:szCs w:val="20"/>
                <w:lang w:val="es-CL"/>
              </w:rPr>
            </w:pPr>
            <w:r w:rsidRPr="005F0229">
              <w:rPr>
                <w:rFonts w:ascii="Aptos" w:hAnsi="Aptos"/>
                <w:b/>
                <w:sz w:val="20"/>
                <w:szCs w:val="20"/>
                <w:lang w:val="es-CL"/>
              </w:rPr>
              <w:t>Contrata reemplazante</w:t>
            </w:r>
          </w:p>
        </w:tc>
        <w:tc>
          <w:tcPr>
            <w:tcW w:w="61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542DCE7" w14:textId="77777777" w:rsidR="00B67A3F" w:rsidRPr="005F0229" w:rsidRDefault="00B031C6">
            <w:pPr>
              <w:spacing w:after="0" w:line="240" w:lineRule="auto"/>
              <w:rPr>
                <w:rFonts w:ascii="Aptos" w:hAnsi="Aptos"/>
                <w:sz w:val="20"/>
                <w:szCs w:val="20"/>
                <w:lang w:val="es-CL"/>
              </w:rPr>
            </w:pPr>
            <w:r w:rsidRPr="005F0229">
              <w:rPr>
                <w:rFonts w:ascii="Aptos" w:hAnsi="Aptos"/>
                <w:sz w:val="20"/>
                <w:szCs w:val="20"/>
                <w:lang w:val="es-CL"/>
              </w:rPr>
              <w:t>Calidad jurídica contrata; ocupa temporalmente el cargo por ausencia de su titular o de quien lo ocupa regularmente, y/o figura afecta al ítem de suplencias o reemplazos.</w:t>
            </w:r>
          </w:p>
        </w:tc>
      </w:tr>
      <w:tr w:rsidR="00B67A3F" w:rsidRPr="005F0229" w14:paraId="01924BB8" w14:textId="77777777" w:rsidTr="005F0229">
        <w:trPr>
          <w:jc w:val="center"/>
        </w:trPr>
        <w:tc>
          <w:tcPr>
            <w:tcW w:w="983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8088624" w14:textId="77777777" w:rsidR="00B67A3F" w:rsidRPr="005F0229" w:rsidRDefault="00B031C6">
            <w:pPr>
              <w:spacing w:after="0" w:line="240" w:lineRule="auto"/>
              <w:jc w:val="center"/>
              <w:rPr>
                <w:rFonts w:ascii="Aptos" w:hAnsi="Aptos"/>
                <w:sz w:val="20"/>
                <w:szCs w:val="20"/>
                <w:lang w:val="es-CL"/>
              </w:rPr>
            </w:pPr>
            <w:r w:rsidRPr="005F0229">
              <w:rPr>
                <w:rFonts w:ascii="Aptos" w:hAnsi="Aptos"/>
                <w:sz w:val="20"/>
                <w:szCs w:val="20"/>
                <w:lang w:val="es-CL"/>
              </w:rPr>
              <w:t>☐</w:t>
            </w:r>
          </w:p>
        </w:tc>
        <w:tc>
          <w:tcPr>
            <w:tcW w:w="2347" w:type="dxa"/>
            <w:gridSpan w:val="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A0EF17D" w14:textId="77777777" w:rsidR="00B67A3F" w:rsidRPr="005F0229" w:rsidRDefault="00B031C6" w:rsidP="005F0229">
            <w:pPr>
              <w:spacing w:after="0" w:line="240" w:lineRule="auto"/>
              <w:jc w:val="center"/>
              <w:rPr>
                <w:rFonts w:ascii="Aptos" w:hAnsi="Aptos"/>
                <w:sz w:val="20"/>
                <w:szCs w:val="20"/>
                <w:lang w:val="es-CL"/>
              </w:rPr>
            </w:pPr>
            <w:r w:rsidRPr="005F0229">
              <w:rPr>
                <w:rFonts w:ascii="Aptos" w:hAnsi="Aptos"/>
                <w:b/>
                <w:sz w:val="20"/>
                <w:szCs w:val="20"/>
                <w:lang w:val="es-CL"/>
              </w:rPr>
              <w:t>Contrata en cargo vacante</w:t>
            </w:r>
          </w:p>
        </w:tc>
        <w:tc>
          <w:tcPr>
            <w:tcW w:w="61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A531D28" w14:textId="77777777" w:rsidR="00B67A3F" w:rsidRPr="005F0229" w:rsidRDefault="00B031C6">
            <w:pPr>
              <w:spacing w:after="0" w:line="240" w:lineRule="auto"/>
              <w:rPr>
                <w:rFonts w:ascii="Aptos" w:hAnsi="Aptos"/>
                <w:sz w:val="20"/>
                <w:szCs w:val="20"/>
                <w:lang w:val="es-CL"/>
              </w:rPr>
            </w:pPr>
            <w:r w:rsidRPr="005F0229">
              <w:rPr>
                <w:rFonts w:ascii="Aptos" w:hAnsi="Aptos"/>
                <w:sz w:val="20"/>
                <w:szCs w:val="20"/>
                <w:lang w:val="es-CL"/>
              </w:rPr>
              <w:t>Calidad jurídica contrata; no reemplaza a una persona; el cargo está vacante y su provisión queda sujeta al mecanismo que corresponda.</w:t>
            </w:r>
          </w:p>
        </w:tc>
      </w:tr>
      <w:tr w:rsidR="00B67A3F" w:rsidRPr="005F0229" w14:paraId="1787B0D5" w14:textId="77777777" w:rsidTr="005F0229">
        <w:trPr>
          <w:jc w:val="center"/>
        </w:trPr>
        <w:tc>
          <w:tcPr>
            <w:tcW w:w="983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46F908F" w14:textId="77777777" w:rsidR="00B67A3F" w:rsidRPr="005F0229" w:rsidRDefault="00B031C6">
            <w:pPr>
              <w:spacing w:after="0" w:line="240" w:lineRule="auto"/>
              <w:jc w:val="center"/>
              <w:rPr>
                <w:rFonts w:ascii="Aptos" w:hAnsi="Aptos"/>
                <w:sz w:val="20"/>
                <w:szCs w:val="20"/>
                <w:lang w:val="es-CL"/>
              </w:rPr>
            </w:pPr>
            <w:r w:rsidRPr="005F0229">
              <w:rPr>
                <w:rFonts w:ascii="Aptos" w:hAnsi="Aptos"/>
                <w:sz w:val="20"/>
                <w:szCs w:val="20"/>
                <w:lang w:val="es-CL"/>
              </w:rPr>
              <w:t>☐</w:t>
            </w:r>
          </w:p>
        </w:tc>
        <w:tc>
          <w:tcPr>
            <w:tcW w:w="2347" w:type="dxa"/>
            <w:gridSpan w:val="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7099911" w14:textId="77777777" w:rsidR="00B67A3F" w:rsidRPr="005F0229" w:rsidRDefault="00B031C6" w:rsidP="005F0229">
            <w:pPr>
              <w:spacing w:after="0" w:line="240" w:lineRule="auto"/>
              <w:jc w:val="center"/>
              <w:rPr>
                <w:rFonts w:ascii="Aptos" w:hAnsi="Aptos"/>
                <w:sz w:val="20"/>
                <w:szCs w:val="20"/>
                <w:lang w:val="es-CL"/>
              </w:rPr>
            </w:pPr>
            <w:r w:rsidRPr="005F0229">
              <w:rPr>
                <w:rFonts w:ascii="Aptos" w:hAnsi="Aptos"/>
                <w:b/>
                <w:sz w:val="20"/>
                <w:szCs w:val="20"/>
                <w:lang w:val="es-CL"/>
              </w:rPr>
              <w:t>Titular de su cargo</w:t>
            </w:r>
          </w:p>
        </w:tc>
        <w:tc>
          <w:tcPr>
            <w:tcW w:w="61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641DB52" w14:textId="77777777" w:rsidR="00B67A3F" w:rsidRPr="005F0229" w:rsidRDefault="00B031C6">
            <w:pPr>
              <w:spacing w:after="0" w:line="240" w:lineRule="auto"/>
              <w:rPr>
                <w:rFonts w:ascii="Aptos" w:hAnsi="Aptos"/>
                <w:sz w:val="20"/>
                <w:szCs w:val="20"/>
                <w:lang w:val="es-CL"/>
              </w:rPr>
            </w:pPr>
            <w:r w:rsidRPr="005F0229">
              <w:rPr>
                <w:rFonts w:ascii="Aptos" w:hAnsi="Aptos"/>
                <w:sz w:val="20"/>
                <w:szCs w:val="20"/>
                <w:lang w:val="es-CL"/>
              </w:rPr>
              <w:t>Calidad jurídica titular; posee la propiedad del cargo y no está afecto al ítem de suplencias o reemplazos.</w:t>
            </w:r>
          </w:p>
        </w:tc>
      </w:tr>
      <w:tr w:rsidR="00B67A3F" w:rsidRPr="005F0229" w14:paraId="12C5BCE9" w14:textId="77777777" w:rsidTr="00CA15C8">
        <w:tblPrEx>
          <w:tblBorders>
            <w:top w:val="single" w:sz="6" w:space="0" w:color="A6A6A6"/>
            <w:left w:val="single" w:sz="6" w:space="0" w:color="A6A6A6"/>
            <w:bottom w:val="single" w:sz="6" w:space="0" w:color="A6A6A6"/>
            <w:right w:val="single" w:sz="6" w:space="0" w:color="A6A6A6"/>
            <w:insideH w:val="single" w:sz="6" w:space="0" w:color="A6A6A6"/>
            <w:insideV w:val="single" w:sz="6" w:space="0" w:color="A6A6A6"/>
          </w:tblBorders>
        </w:tblPrEx>
        <w:trPr>
          <w:jc w:val="center"/>
        </w:trPr>
        <w:tc>
          <w:tcPr>
            <w:tcW w:w="9490" w:type="dxa"/>
            <w:gridSpan w:val="4"/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B979F43" w14:textId="1556980E" w:rsidR="00B67A3F" w:rsidRPr="005F0229" w:rsidRDefault="00B67A3F">
            <w:pPr>
              <w:spacing w:after="0" w:line="240" w:lineRule="auto"/>
              <w:rPr>
                <w:rFonts w:ascii="Aptos" w:hAnsi="Aptos"/>
                <w:sz w:val="20"/>
                <w:szCs w:val="20"/>
                <w:lang w:val="es-CL"/>
              </w:rPr>
            </w:pPr>
          </w:p>
        </w:tc>
      </w:tr>
      <w:tr w:rsidR="00B67A3F" w:rsidRPr="005F0229" w14:paraId="4E024A4D" w14:textId="77777777" w:rsidTr="00CA15C8">
        <w:trPr>
          <w:trHeight w:val="552"/>
          <w:jc w:val="center"/>
        </w:trPr>
        <w:tc>
          <w:tcPr>
            <w:tcW w:w="3130" w:type="dxa"/>
            <w:gridSpan w:val="2"/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6ECFBE1" w14:textId="77777777" w:rsidR="00B67A3F" w:rsidRPr="005F0229" w:rsidRDefault="00B031C6">
            <w:pPr>
              <w:spacing w:after="0" w:line="240" w:lineRule="auto"/>
              <w:rPr>
                <w:rFonts w:ascii="Aptos" w:hAnsi="Aptos"/>
                <w:sz w:val="20"/>
                <w:szCs w:val="20"/>
                <w:lang w:val="es-CL"/>
              </w:rPr>
            </w:pPr>
            <w:r w:rsidRPr="005F0229">
              <w:rPr>
                <w:rFonts w:ascii="Aptos" w:hAnsi="Aptos"/>
                <w:b/>
                <w:sz w:val="20"/>
                <w:szCs w:val="20"/>
                <w:lang w:val="es-CL"/>
              </w:rPr>
              <w:t>Resultado de la verificación</w:t>
            </w:r>
          </w:p>
        </w:tc>
        <w:tc>
          <w:tcPr>
            <w:tcW w:w="6360" w:type="dxa"/>
            <w:gridSpan w:val="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C87BA49" w14:textId="342DB6B6" w:rsidR="00B67A3F" w:rsidRPr="005F0229" w:rsidRDefault="00B031C6">
            <w:pPr>
              <w:spacing w:after="0" w:line="240" w:lineRule="auto"/>
              <w:rPr>
                <w:rFonts w:ascii="Aptos" w:hAnsi="Aptos"/>
                <w:b/>
                <w:bCs/>
                <w:sz w:val="20"/>
                <w:szCs w:val="20"/>
                <w:lang w:val="es-CL"/>
              </w:rPr>
            </w:pPr>
            <w:r w:rsidRPr="005F0229">
              <w:rPr>
                <w:rFonts w:ascii="Aptos" w:hAnsi="Aptos"/>
                <w:b/>
                <w:bCs/>
                <w:sz w:val="20"/>
                <w:szCs w:val="20"/>
                <w:lang w:val="es-CL"/>
              </w:rPr>
              <w:t xml:space="preserve">☐ Acreditado  </w:t>
            </w:r>
            <w:r w:rsidR="00CA15C8">
              <w:rPr>
                <w:rFonts w:ascii="Aptos" w:hAnsi="Aptos"/>
                <w:b/>
                <w:bCs/>
                <w:sz w:val="20"/>
                <w:szCs w:val="20"/>
                <w:lang w:val="es-CL"/>
              </w:rPr>
              <w:t xml:space="preserve">                                 </w:t>
            </w:r>
            <w:r w:rsidRPr="005F0229">
              <w:rPr>
                <w:rFonts w:ascii="Aptos" w:hAnsi="Aptos"/>
                <w:b/>
                <w:bCs/>
                <w:sz w:val="20"/>
                <w:szCs w:val="20"/>
                <w:lang w:val="es-CL"/>
              </w:rPr>
              <w:t xml:space="preserve">☐ No acreditado  </w:t>
            </w:r>
          </w:p>
        </w:tc>
      </w:tr>
      <w:tr w:rsidR="00B67A3F" w:rsidRPr="005F0229" w14:paraId="095D6889" w14:textId="77777777" w:rsidTr="00CA15C8">
        <w:trPr>
          <w:trHeight w:val="3171"/>
          <w:jc w:val="center"/>
        </w:trPr>
        <w:tc>
          <w:tcPr>
            <w:tcW w:w="3130" w:type="dxa"/>
            <w:gridSpan w:val="2"/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8E94643" w14:textId="77777777" w:rsidR="00B67A3F" w:rsidRPr="005F0229" w:rsidRDefault="00B031C6">
            <w:pPr>
              <w:spacing w:after="0" w:line="240" w:lineRule="auto"/>
              <w:rPr>
                <w:rFonts w:ascii="Aptos" w:hAnsi="Aptos"/>
                <w:sz w:val="20"/>
                <w:szCs w:val="20"/>
                <w:lang w:val="es-CL"/>
              </w:rPr>
            </w:pPr>
            <w:r w:rsidRPr="005F0229">
              <w:rPr>
                <w:rFonts w:ascii="Aptos" w:hAnsi="Aptos"/>
                <w:b/>
                <w:sz w:val="20"/>
                <w:szCs w:val="20"/>
                <w:lang w:val="es-CL"/>
              </w:rPr>
              <w:t>Responsable y fecha</w:t>
            </w:r>
          </w:p>
        </w:tc>
        <w:tc>
          <w:tcPr>
            <w:tcW w:w="6360" w:type="dxa"/>
            <w:gridSpan w:val="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A0F439C" w14:textId="46EDEB9E" w:rsidR="005F0229" w:rsidRDefault="00B031C6">
            <w:pPr>
              <w:spacing w:after="0" w:line="240" w:lineRule="auto"/>
              <w:rPr>
                <w:rFonts w:ascii="Aptos" w:hAnsi="Aptos"/>
                <w:sz w:val="20"/>
                <w:szCs w:val="20"/>
                <w:lang w:val="es-CL"/>
              </w:rPr>
            </w:pPr>
            <w:r w:rsidRPr="005F0229">
              <w:rPr>
                <w:rFonts w:ascii="Aptos" w:hAnsi="Aptos"/>
                <w:sz w:val="20"/>
                <w:szCs w:val="20"/>
                <w:lang w:val="es-CL"/>
              </w:rPr>
              <w:t xml:space="preserve">Nombre: ________________________________  </w:t>
            </w:r>
          </w:p>
          <w:p w14:paraId="5C762A3C" w14:textId="77777777" w:rsidR="005F0229" w:rsidRDefault="005F0229">
            <w:pPr>
              <w:spacing w:after="0" w:line="240" w:lineRule="auto"/>
              <w:rPr>
                <w:rFonts w:ascii="Aptos" w:hAnsi="Aptos"/>
                <w:sz w:val="20"/>
                <w:szCs w:val="20"/>
                <w:lang w:val="es-CL"/>
              </w:rPr>
            </w:pPr>
          </w:p>
          <w:p w14:paraId="5A2AA28A" w14:textId="77777777" w:rsidR="005F0229" w:rsidRDefault="005F0229">
            <w:pPr>
              <w:spacing w:after="0" w:line="240" w:lineRule="auto"/>
              <w:rPr>
                <w:rFonts w:ascii="Aptos" w:hAnsi="Aptos"/>
                <w:sz w:val="20"/>
                <w:szCs w:val="20"/>
                <w:lang w:val="es-CL"/>
              </w:rPr>
            </w:pPr>
          </w:p>
          <w:p w14:paraId="420C13AB" w14:textId="6AC8B5CD" w:rsidR="005F0229" w:rsidRDefault="005F0229" w:rsidP="005F0229">
            <w:pPr>
              <w:spacing w:after="0" w:line="240" w:lineRule="auto"/>
              <w:rPr>
                <w:rFonts w:ascii="Aptos" w:hAnsi="Aptos"/>
                <w:sz w:val="20"/>
                <w:szCs w:val="20"/>
                <w:lang w:val="es-CL"/>
              </w:rPr>
            </w:pPr>
            <w:r>
              <w:rPr>
                <w:rFonts w:ascii="Aptos" w:hAnsi="Aptos"/>
                <w:sz w:val="20"/>
                <w:szCs w:val="20"/>
                <w:lang w:val="es-CL"/>
              </w:rPr>
              <w:t>Firma</w:t>
            </w:r>
            <w:r w:rsidRPr="005F0229">
              <w:rPr>
                <w:rFonts w:ascii="Aptos" w:hAnsi="Aptos"/>
                <w:sz w:val="20"/>
                <w:szCs w:val="20"/>
                <w:lang w:val="es-CL"/>
              </w:rPr>
              <w:t xml:space="preserve">: ________________________________  </w:t>
            </w:r>
          </w:p>
          <w:p w14:paraId="147A53C0" w14:textId="77777777" w:rsidR="005F0229" w:rsidRDefault="005F0229">
            <w:pPr>
              <w:spacing w:after="0" w:line="240" w:lineRule="auto"/>
              <w:rPr>
                <w:rFonts w:ascii="Aptos" w:hAnsi="Aptos"/>
                <w:sz w:val="20"/>
                <w:szCs w:val="20"/>
                <w:lang w:val="es-CL"/>
              </w:rPr>
            </w:pPr>
          </w:p>
          <w:p w14:paraId="74823F4E" w14:textId="77777777" w:rsidR="005F0229" w:rsidRDefault="005F0229">
            <w:pPr>
              <w:spacing w:after="0" w:line="240" w:lineRule="auto"/>
              <w:rPr>
                <w:rFonts w:ascii="Aptos" w:hAnsi="Aptos"/>
                <w:sz w:val="20"/>
                <w:szCs w:val="20"/>
                <w:lang w:val="es-CL"/>
              </w:rPr>
            </w:pPr>
          </w:p>
          <w:p w14:paraId="38394D76" w14:textId="33EBB4C2" w:rsidR="00B67A3F" w:rsidRPr="005F0229" w:rsidRDefault="00B031C6">
            <w:pPr>
              <w:spacing w:after="0" w:line="240" w:lineRule="auto"/>
              <w:rPr>
                <w:rFonts w:ascii="Aptos" w:hAnsi="Aptos"/>
                <w:sz w:val="20"/>
                <w:szCs w:val="20"/>
                <w:lang w:val="es-CL"/>
              </w:rPr>
            </w:pPr>
            <w:r w:rsidRPr="005F0229">
              <w:rPr>
                <w:rFonts w:ascii="Aptos" w:hAnsi="Aptos"/>
                <w:sz w:val="20"/>
                <w:szCs w:val="20"/>
                <w:lang w:val="es-CL"/>
              </w:rPr>
              <w:t>Fecha: ____/____/______</w:t>
            </w:r>
          </w:p>
        </w:tc>
      </w:tr>
    </w:tbl>
    <w:p w14:paraId="5F7FF9E1" w14:textId="77777777" w:rsidR="00B031C6" w:rsidRPr="00DA5AE4" w:rsidRDefault="00B031C6">
      <w:pPr>
        <w:rPr>
          <w:rFonts w:ascii="Aptos" w:hAnsi="Aptos"/>
          <w:lang w:val="es-CL"/>
        </w:rPr>
      </w:pPr>
    </w:p>
    <w:sectPr w:rsidR="00B031C6" w:rsidRPr="00DA5AE4" w:rsidSect="00034616">
      <w:headerReference w:type="default" r:id="rId9"/>
      <w:footerReference w:type="default" r:id="rId10"/>
      <w:pgSz w:w="12240" w:h="15840"/>
      <w:pgMar w:top="792" w:right="1037" w:bottom="792" w:left="1037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8EF6E8" w14:textId="77777777" w:rsidR="00B031C6" w:rsidRDefault="00B031C6">
      <w:pPr>
        <w:spacing w:after="0" w:line="240" w:lineRule="auto"/>
      </w:pPr>
      <w:r>
        <w:separator/>
      </w:r>
    </w:p>
  </w:endnote>
  <w:endnote w:type="continuationSeparator" w:id="0">
    <w:p w14:paraId="1B3B5A12" w14:textId="77777777" w:rsidR="00B031C6" w:rsidRDefault="00B031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46048" w14:textId="77777777" w:rsidR="00B67A3F" w:rsidRDefault="00B031C6">
    <w:pPr>
      <w:pStyle w:val="Piedepgina"/>
      <w:jc w:val="center"/>
    </w:pPr>
    <w:proofErr w:type="spellStart"/>
    <w:r>
      <w:rPr>
        <w:color w:val="646464"/>
        <w:sz w:val="14"/>
      </w:rPr>
      <w:t>Servicio</w:t>
    </w:r>
    <w:proofErr w:type="spellEnd"/>
    <w:r>
      <w:rPr>
        <w:color w:val="646464"/>
        <w:sz w:val="14"/>
      </w:rPr>
      <w:t xml:space="preserve"> de Salud Viña del Mar - </w:t>
    </w:r>
    <w:proofErr w:type="spellStart"/>
    <w:r>
      <w:rPr>
        <w:color w:val="646464"/>
        <w:sz w:val="14"/>
      </w:rPr>
      <w:t>Quillota</w:t>
    </w:r>
    <w:proofErr w:type="spellEnd"/>
    <w:r>
      <w:rPr>
        <w:color w:val="646464"/>
        <w:sz w:val="14"/>
      </w:rPr>
      <w:t xml:space="preserve"> - </w:t>
    </w:r>
    <w:proofErr w:type="spellStart"/>
    <w:r>
      <w:rPr>
        <w:color w:val="646464"/>
        <w:sz w:val="14"/>
      </w:rPr>
      <w:t>Petorca</w:t>
    </w:r>
    <w:proofErr w:type="spellEnd"/>
    <w:r>
      <w:rPr>
        <w:color w:val="646464"/>
        <w:sz w:val="14"/>
      </w:rPr>
      <w:t xml:space="preserve"> | Uso </w:t>
    </w:r>
    <w:proofErr w:type="spellStart"/>
    <w:r>
      <w:rPr>
        <w:color w:val="646464"/>
        <w:sz w:val="14"/>
      </w:rPr>
      <w:t>institucional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8FB617" w14:textId="77777777" w:rsidR="00B031C6" w:rsidRDefault="00B031C6">
      <w:pPr>
        <w:spacing w:after="0" w:line="240" w:lineRule="auto"/>
      </w:pPr>
      <w:r>
        <w:separator/>
      </w:r>
    </w:p>
  </w:footnote>
  <w:footnote w:type="continuationSeparator" w:id="0">
    <w:p w14:paraId="5CD4C251" w14:textId="77777777" w:rsidR="00B031C6" w:rsidRDefault="00B031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54E21" w14:textId="77777777" w:rsidR="00C223E7" w:rsidRPr="0004464C" w:rsidRDefault="00C223E7" w:rsidP="00C223E7">
    <w:pPr>
      <w:pStyle w:val="Textoindependiente"/>
      <w:ind w:left="590"/>
      <w:jc w:val="both"/>
      <w:rPr>
        <w:rFonts w:ascii="Aptos" w:hAnsi="Aptos"/>
        <w:sz w:val="20"/>
      </w:rPr>
    </w:pPr>
    <w:r w:rsidRPr="0004464C">
      <w:rPr>
        <w:rFonts w:ascii="Aptos" w:hAnsi="Aptos"/>
        <w:noProof/>
        <w:sz w:val="20"/>
      </w:rPr>
      <w:drawing>
        <wp:inline distT="0" distB="0" distL="0" distR="0" wp14:anchorId="38C6C31F" wp14:editId="0EDB4DF7">
          <wp:extent cx="1057275" cy="933450"/>
          <wp:effectExtent l="0" t="0" r="9525" b="0"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57669" cy="9337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343255A" w14:textId="77777777" w:rsidR="00C223E7" w:rsidRPr="00C223E7" w:rsidRDefault="00C223E7" w:rsidP="00C223E7">
    <w:pPr>
      <w:spacing w:after="0"/>
      <w:ind w:left="590"/>
      <w:rPr>
        <w:rFonts w:ascii="Aptos" w:hAnsi="Aptos" w:cstheme="minorHAnsi"/>
        <w:sz w:val="14"/>
        <w:szCs w:val="14"/>
      </w:rPr>
    </w:pPr>
    <w:r w:rsidRPr="00C223E7">
      <w:rPr>
        <w:rFonts w:ascii="Aptos" w:hAnsi="Aptos" w:cstheme="minorHAnsi"/>
        <w:sz w:val="14"/>
        <w:szCs w:val="14"/>
      </w:rPr>
      <w:t xml:space="preserve">SERVICIO DE SALUD VIÑA DEL MAR QUILLOTA PETORCA </w:t>
    </w:r>
  </w:p>
  <w:p w14:paraId="31FCAD9C" w14:textId="77777777" w:rsidR="00C223E7" w:rsidRPr="00C223E7" w:rsidRDefault="00C223E7" w:rsidP="00C223E7">
    <w:pPr>
      <w:spacing w:after="0"/>
      <w:ind w:left="590"/>
      <w:rPr>
        <w:rFonts w:ascii="Aptos" w:hAnsi="Aptos" w:cstheme="minorHAnsi"/>
        <w:sz w:val="14"/>
        <w:szCs w:val="14"/>
      </w:rPr>
    </w:pPr>
    <w:r w:rsidRPr="00C223E7">
      <w:rPr>
        <w:rFonts w:ascii="Aptos" w:hAnsi="Aptos" w:cstheme="minorHAnsi"/>
        <w:sz w:val="14"/>
        <w:szCs w:val="14"/>
      </w:rPr>
      <w:t xml:space="preserve">SUBDIRECCION GESTION Y DES DE LAS PERSONAS </w:t>
    </w:r>
  </w:p>
  <w:p w14:paraId="459D1130" w14:textId="77777777" w:rsidR="00C223E7" w:rsidRPr="00C223E7" w:rsidRDefault="00C223E7" w:rsidP="00C223E7">
    <w:pPr>
      <w:spacing w:after="0"/>
      <w:ind w:left="590"/>
      <w:rPr>
        <w:rFonts w:ascii="Aptos" w:hAnsi="Aptos" w:cstheme="minorHAnsi"/>
        <w:sz w:val="14"/>
        <w:szCs w:val="14"/>
      </w:rPr>
    </w:pPr>
    <w:r w:rsidRPr="00C223E7">
      <w:rPr>
        <w:rFonts w:ascii="Aptos" w:hAnsi="Aptos" w:cstheme="minorHAnsi"/>
        <w:sz w:val="14"/>
        <w:szCs w:val="14"/>
      </w:rPr>
      <w:t>SUBDEPTO. DE DESARROLLO ORGANIZACIONAL</w:t>
    </w:r>
  </w:p>
  <w:p w14:paraId="35A93E46" w14:textId="77777777" w:rsidR="00C223E7" w:rsidRPr="00C223E7" w:rsidRDefault="00C223E7" w:rsidP="00C223E7">
    <w:pPr>
      <w:spacing w:after="0"/>
      <w:ind w:left="590"/>
      <w:rPr>
        <w:rFonts w:ascii="Aptos" w:hAnsi="Aptos" w:cstheme="minorHAnsi"/>
        <w:sz w:val="14"/>
        <w:szCs w:val="14"/>
      </w:rPr>
    </w:pPr>
    <w:r w:rsidRPr="00C223E7">
      <w:rPr>
        <w:rFonts w:ascii="Aptos" w:hAnsi="Aptos" w:cstheme="minorHAnsi"/>
        <w:sz w:val="14"/>
        <w:szCs w:val="14"/>
      </w:rPr>
      <w:t xml:space="preserve">UNIDAD DE SELECCIÓN E INCORPORACIÓN DE PERSONAS </w:t>
    </w:r>
  </w:p>
  <w:p w14:paraId="630F4756" w14:textId="3DF3FE73" w:rsidR="002D61F5" w:rsidRDefault="002D61F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26E5E11"/>
    <w:multiLevelType w:val="hybridMultilevel"/>
    <w:tmpl w:val="C1EAD712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7802815">
    <w:abstractNumId w:val="8"/>
  </w:num>
  <w:num w:numId="2" w16cid:durableId="371467518">
    <w:abstractNumId w:val="6"/>
  </w:num>
  <w:num w:numId="3" w16cid:durableId="1412696553">
    <w:abstractNumId w:val="5"/>
  </w:num>
  <w:num w:numId="4" w16cid:durableId="660543362">
    <w:abstractNumId w:val="4"/>
  </w:num>
  <w:num w:numId="5" w16cid:durableId="197282367">
    <w:abstractNumId w:val="7"/>
  </w:num>
  <w:num w:numId="6" w16cid:durableId="816527840">
    <w:abstractNumId w:val="3"/>
  </w:num>
  <w:num w:numId="7" w16cid:durableId="376198847">
    <w:abstractNumId w:val="2"/>
  </w:num>
  <w:num w:numId="8" w16cid:durableId="781461472">
    <w:abstractNumId w:val="1"/>
  </w:num>
  <w:num w:numId="9" w16cid:durableId="348601082">
    <w:abstractNumId w:val="0"/>
  </w:num>
  <w:num w:numId="10" w16cid:durableId="20688716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741D3"/>
    <w:rsid w:val="0015074B"/>
    <w:rsid w:val="0029639D"/>
    <w:rsid w:val="002D61F5"/>
    <w:rsid w:val="00326F90"/>
    <w:rsid w:val="00350AC1"/>
    <w:rsid w:val="004176AE"/>
    <w:rsid w:val="005B6857"/>
    <w:rsid w:val="005F0229"/>
    <w:rsid w:val="005F2FEF"/>
    <w:rsid w:val="00645221"/>
    <w:rsid w:val="008A1F71"/>
    <w:rsid w:val="00AA1D8D"/>
    <w:rsid w:val="00B031C6"/>
    <w:rsid w:val="00B47730"/>
    <w:rsid w:val="00B505E8"/>
    <w:rsid w:val="00B67A3F"/>
    <w:rsid w:val="00C223E7"/>
    <w:rsid w:val="00CA15C8"/>
    <w:rsid w:val="00CB0664"/>
    <w:rsid w:val="00DA5AE4"/>
    <w:rsid w:val="00EC22C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70F5E0A6"/>
  <w14:defaultImageDpi w14:val="300"/>
  <w15:docId w15:val="{6A26D1DF-25D0-44B4-9565-60E9A54C2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80" w:line="252" w:lineRule="auto"/>
    </w:pPr>
    <w:rPr>
      <w:rFonts w:ascii="Arial" w:hAnsi="Arial"/>
      <w:color w:val="1F1F1F"/>
      <w:sz w:val="18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4</Pages>
  <Words>554</Words>
  <Characters>3052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3599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Maria Germain</cp:lastModifiedBy>
  <cp:revision>14</cp:revision>
  <dcterms:created xsi:type="dcterms:W3CDTF">2026-08-17T21:37:00Z</dcterms:created>
  <dcterms:modified xsi:type="dcterms:W3CDTF">2026-08-19T19:59:00Z</dcterms:modified>
  <cp:category/>
</cp:coreProperties>
</file>